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598DF" w14:textId="77777777" w:rsidR="000D3CEC" w:rsidRDefault="00C64150">
      <w:r>
        <w:rPr>
          <w:noProof/>
        </w:rPr>
        <w:drawing>
          <wp:inline distT="0" distB="0" distL="0" distR="0" wp14:anchorId="53691748" wp14:editId="01AF08E4">
            <wp:extent cx="1296000" cy="62739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cover.png"/>
                    <pic:cNvPicPr/>
                  </pic:nvPicPr>
                  <pic:blipFill>
                    <a:blip r:embed="rId8"/>
                    <a:stretch>
                      <a:fillRect/>
                    </a:stretch>
                  </pic:blipFill>
                  <pic:spPr>
                    <a:xfrm>
                      <a:off x="0" y="0"/>
                      <a:ext cx="1296000" cy="627392"/>
                    </a:xfrm>
                    <a:prstGeom prst="rect">
                      <a:avLst/>
                    </a:prstGeom>
                  </pic:spPr>
                </pic:pic>
              </a:graphicData>
            </a:graphic>
          </wp:inline>
        </w:drawing>
      </w:r>
    </w:p>
    <w:p w14:paraId="7066773A" w14:textId="77777777" w:rsidR="000D3CEC" w:rsidRDefault="000D3CEC"/>
    <w:p w14:paraId="25F8F292" w14:textId="77777777" w:rsidR="000D3CEC" w:rsidRDefault="000D3CEC"/>
    <w:p w14:paraId="5A7E8050" w14:textId="77777777" w:rsidR="000D3CEC" w:rsidRDefault="000D3CEC"/>
    <w:p w14:paraId="420D5C85" w14:textId="77777777" w:rsidR="000D3CEC" w:rsidRDefault="000D3CEC"/>
    <w:p w14:paraId="15A343E5" w14:textId="77777777" w:rsidR="000D3CEC" w:rsidRDefault="000D3CEC"/>
    <w:p w14:paraId="3370590C" w14:textId="77777777" w:rsidR="000D3CEC" w:rsidRDefault="000D3CEC"/>
    <w:p w14:paraId="7814E551" w14:textId="77777777" w:rsidR="000D3CEC" w:rsidRDefault="00C64150">
      <w:pPr>
        <w:spacing w:after="80"/>
      </w:pPr>
      <w:r>
        <w:rPr>
          <w:rFonts w:ascii="Consolas" w:eastAsia="Consolas" w:hAnsi="Consolas"/>
          <w:color w:val="8A9196"/>
          <w:sz w:val="20"/>
        </w:rPr>
        <w:t>FORM NO. PRI-FRM-EN</w:t>
      </w:r>
    </w:p>
    <w:p w14:paraId="54AE4AF6" w14:textId="77777777" w:rsidR="000D3CEC" w:rsidRDefault="00C64150">
      <w:pPr>
        <w:spacing w:after="40"/>
      </w:pPr>
      <w:r>
        <w:rPr>
          <w:rFonts w:ascii="Georgia" w:eastAsia="Georgia" w:hAnsi="Georgia"/>
          <w:b/>
          <w:color w:val="1F2326"/>
          <w:sz w:val="68"/>
        </w:rPr>
        <w:t>Research Fellow</w:t>
      </w:r>
    </w:p>
    <w:p w14:paraId="3D7EA6FE" w14:textId="77777777" w:rsidR="000D3CEC" w:rsidRDefault="00C64150">
      <w:pPr>
        <w:spacing w:after="360"/>
      </w:pPr>
      <w:r>
        <w:rPr>
          <w:rFonts w:ascii="Georgia" w:eastAsia="Georgia" w:hAnsi="Georgia"/>
          <w:color w:val="8A9196"/>
          <w:sz w:val="30"/>
        </w:rPr>
        <w:t>Application Form</w:t>
      </w:r>
    </w:p>
    <w:p w14:paraId="3ED94021" w14:textId="77777777" w:rsidR="000D3CEC" w:rsidRDefault="00C64150">
      <w:pPr>
        <w:pBdr>
          <w:bottom w:val="single" w:sz="12" w:space="1" w:color="1F2326"/>
        </w:pBdr>
        <w:spacing w:after="320"/>
      </w:pPr>
      <w:r>
        <w:rPr>
          <w:sz w:val="2"/>
        </w:rPr>
        <w:t xml:space="preserve"> </w:t>
      </w:r>
    </w:p>
    <w:p w14:paraId="2F7E145F" w14:textId="77777777" w:rsidR="000D3CEC" w:rsidRDefault="00C64150">
      <w:pPr>
        <w:spacing w:after="1800"/>
      </w:pPr>
      <w:r>
        <w:rPr>
          <w:color w:val="5C6368"/>
          <w:sz w:val="25"/>
        </w:rPr>
        <w:t>For applications to Research Fellow, Associate Research Fellow, Research Assistant, and related academic appointments at the Panorama Research Institute.</w:t>
      </w:r>
    </w:p>
    <w:p w14:paraId="12E046F3" w14:textId="77777777" w:rsidR="000D3CEC" w:rsidRDefault="000D3CEC">
      <w:pPr>
        <w:pBdr>
          <w:bottom w:val="single" w:sz="6" w:space="4" w:color="DADDDD"/>
        </w:pBdr>
      </w:pPr>
    </w:p>
    <w:tbl>
      <w:tblPr>
        <w:tblW w:w="0" w:type="auto"/>
        <w:tblLook w:val="04A0" w:firstRow="1" w:lastRow="0" w:firstColumn="1" w:lastColumn="0" w:noHBand="0" w:noVBand="1"/>
      </w:tblPr>
      <w:tblGrid>
        <w:gridCol w:w="4536"/>
        <w:gridCol w:w="4536"/>
      </w:tblGrid>
      <w:tr w:rsidR="000D3CEC" w14:paraId="015E639C" w14:textId="77777777">
        <w:tc>
          <w:tcPr>
            <w:tcW w:w="4536" w:type="dxa"/>
            <w:tcBorders>
              <w:top w:val="nil"/>
              <w:left w:val="nil"/>
              <w:bottom w:val="nil"/>
              <w:right w:val="nil"/>
            </w:tcBorders>
          </w:tcPr>
          <w:p w14:paraId="410E81DD" w14:textId="77777777" w:rsidR="000D3CEC" w:rsidRDefault="00C64150">
            <w:r>
              <w:rPr>
                <w:rFonts w:ascii="Consolas" w:eastAsia="Consolas" w:hAnsi="Consolas"/>
                <w:color w:val="8A9196"/>
                <w:sz w:val="18"/>
              </w:rPr>
              <w:t>ISSUED BY</w:t>
            </w:r>
          </w:p>
          <w:p w14:paraId="6498CDDB" w14:textId="77777777" w:rsidR="000D3CEC" w:rsidRDefault="00C64150">
            <w:r>
              <w:rPr>
                <w:color w:val="1F2326"/>
                <w:sz w:val="22"/>
              </w:rPr>
              <w:t>Panorama Research Institute · Panorama Scholarly Group</w:t>
            </w:r>
          </w:p>
        </w:tc>
        <w:tc>
          <w:tcPr>
            <w:tcW w:w="4536" w:type="dxa"/>
            <w:tcBorders>
              <w:top w:val="nil"/>
              <w:left w:val="nil"/>
              <w:bottom w:val="nil"/>
              <w:right w:val="nil"/>
            </w:tcBorders>
          </w:tcPr>
          <w:p w14:paraId="551E2AD7" w14:textId="77777777" w:rsidR="000D3CEC" w:rsidRDefault="00C64150">
            <w:pPr>
              <w:jc w:val="right"/>
            </w:pPr>
            <w:r>
              <w:rPr>
                <w:rFonts w:ascii="Consolas" w:eastAsia="Consolas" w:hAnsi="Consolas"/>
                <w:color w:val="8A9196"/>
                <w:sz w:val="18"/>
              </w:rPr>
              <w:t>APPLICATION NO. (INTERNAL)</w:t>
            </w:r>
          </w:p>
        </w:tc>
      </w:tr>
    </w:tbl>
    <w:p w14:paraId="1D20018F" w14:textId="77777777" w:rsidR="000D3CEC" w:rsidRDefault="00C64150">
      <w:r>
        <w:br w:type="page"/>
      </w:r>
    </w:p>
    <w:p w14:paraId="6FE89307" w14:textId="77777777" w:rsidR="000D3CEC" w:rsidRDefault="00C64150">
      <w:pPr>
        <w:spacing w:before="80" w:after="40"/>
      </w:pPr>
      <w:r>
        <w:rPr>
          <w:rFonts w:ascii="Consolas" w:eastAsia="Consolas" w:hAnsi="Consolas"/>
          <w:color w:val="8A9196"/>
          <w:sz w:val="20"/>
        </w:rPr>
        <w:lastRenderedPageBreak/>
        <w:t>PART ONE</w:t>
      </w:r>
    </w:p>
    <w:p w14:paraId="485D7535" w14:textId="77777777" w:rsidR="000D3CEC" w:rsidRDefault="00C64150">
      <w:pPr>
        <w:spacing w:after="80"/>
      </w:pPr>
      <w:r>
        <w:rPr>
          <w:rFonts w:ascii="Georgia" w:eastAsia="Georgia" w:hAnsi="Georgia"/>
          <w:b/>
          <w:color w:val="1F2326"/>
          <w:sz w:val="38"/>
        </w:rPr>
        <w:t>1. Application Notes</w:t>
      </w:r>
    </w:p>
    <w:p w14:paraId="446645A6" w14:textId="77777777" w:rsidR="000D3CEC" w:rsidRDefault="000D3CEC">
      <w:pPr>
        <w:pBdr>
          <w:bottom w:val="single" w:sz="10" w:space="1" w:color="1F2326"/>
        </w:pBdr>
        <w:spacing w:after="280"/>
      </w:pPr>
    </w:p>
    <w:p w14:paraId="228AD184" w14:textId="77777777" w:rsidR="000D3CEC" w:rsidRDefault="00C64150">
      <w:r>
        <w:rPr>
          <w:color w:val="5C6368"/>
        </w:rPr>
        <w:t>The Panorama Research Institute is a research and academic development platform of Panorama Scholarly Group. Its work encompasses academic research, the organization of research projects, scholarly publishing studies, indexing and evaluation research, policy and social research, research on artificial intelligence and future society, academic conferences, think-tank reports, and international collaboration.</w:t>
      </w:r>
    </w:p>
    <w:p w14:paraId="4294711F" w14:textId="77777777" w:rsidR="000D3CEC" w:rsidRDefault="00C64150">
      <w:r>
        <w:rPr>
          <w:color w:val="5C6368"/>
        </w:rPr>
        <w:t>This form is used to apply for an academic appointment as a Research Fellow, Associate Research Fellow, Research Assistant, or similar role. Applicants must ensure that all submitted information and materials are truthful, accurate, and complete. The Institute conducts a comprehensive evaluation based on the applicant's educational background, research experience, scholarly output, alignment of research direction, future research plans, and availability to contribute to the Institute's work.</w:t>
      </w:r>
    </w:p>
    <w:p w14:paraId="53C486A1" w14:textId="77777777" w:rsidR="000D3CEC" w:rsidRDefault="00C64150">
      <w:r>
        <w:rPr>
          <w:color w:val="5C6368"/>
        </w:rPr>
        <w:t>Submission of this form does not in itself constitute an offer of employment, a labour or employment relationship, or any commitment to remuneration. Final appointment outcomes, terms, responsibilities, entitlements, modes of collaboration, and fee arrangements are governed by the Institute's official written notice, appointment documents, collaboration agreements, or project agreements.</w:t>
      </w:r>
    </w:p>
    <w:tbl>
      <w:tblPr>
        <w:tblW w:w="0" w:type="auto"/>
        <w:tblLook w:val="04A0" w:firstRow="1" w:lastRow="0" w:firstColumn="1" w:lastColumn="0" w:noHBand="0" w:noVBand="1"/>
      </w:tblPr>
      <w:tblGrid>
        <w:gridCol w:w="9072"/>
      </w:tblGrid>
      <w:tr w:rsidR="000D3CEC" w14:paraId="4DE78D45" w14:textId="77777777">
        <w:tc>
          <w:tcPr>
            <w:tcW w:w="9072" w:type="dxa"/>
            <w:shd w:val="clear" w:color="auto" w:fill="F1F2F2"/>
          </w:tcPr>
          <w:p w14:paraId="356DBC8F" w14:textId="77777777" w:rsidR="000D3CEC" w:rsidRDefault="00C64150">
            <w:pPr>
              <w:spacing w:before="160" w:after="160"/>
            </w:pPr>
            <w:r>
              <w:rPr>
                <w:i/>
                <w:color w:val="5C6368"/>
                <w:sz w:val="19"/>
              </w:rPr>
              <w:t>The application number is assigned internally by the Institute upon receipt; the applicant need not complete it.</w:t>
            </w:r>
          </w:p>
        </w:tc>
      </w:tr>
    </w:tbl>
    <w:p w14:paraId="4723694E" w14:textId="77777777" w:rsidR="000D3CEC" w:rsidRDefault="000D3CEC">
      <w:pPr>
        <w:spacing w:after="40"/>
      </w:pPr>
    </w:p>
    <w:p w14:paraId="348BBBFD" w14:textId="77777777" w:rsidR="000D3CEC" w:rsidRDefault="00C64150">
      <w:r>
        <w:br w:type="page"/>
      </w:r>
    </w:p>
    <w:p w14:paraId="6FB7ACE7" w14:textId="77777777" w:rsidR="000D3CEC" w:rsidRDefault="00C64150">
      <w:pPr>
        <w:spacing w:before="80" w:after="40"/>
      </w:pPr>
      <w:r>
        <w:rPr>
          <w:rFonts w:ascii="Consolas" w:eastAsia="Consolas" w:hAnsi="Consolas"/>
          <w:color w:val="8A9196"/>
          <w:sz w:val="20"/>
        </w:rPr>
        <w:lastRenderedPageBreak/>
        <w:t>PART TWO</w:t>
      </w:r>
    </w:p>
    <w:p w14:paraId="74710B82" w14:textId="77777777" w:rsidR="000D3CEC" w:rsidRDefault="00C64150">
      <w:pPr>
        <w:spacing w:after="80"/>
      </w:pPr>
      <w:r>
        <w:rPr>
          <w:rFonts w:ascii="Georgia" w:eastAsia="Georgia" w:hAnsi="Georgia"/>
          <w:b/>
          <w:color w:val="1F2326"/>
          <w:sz w:val="38"/>
        </w:rPr>
        <w:t>2. Intake Information</w:t>
      </w:r>
    </w:p>
    <w:p w14:paraId="2FD36227" w14:textId="77777777" w:rsidR="000D3CEC" w:rsidRDefault="000D3CEC">
      <w:pPr>
        <w:pBdr>
          <w:bottom w:val="single" w:sz="10" w:space="1" w:color="1F2326"/>
        </w:pBdr>
        <w:spacing w:after="280"/>
      </w:pPr>
    </w:p>
    <w:p w14:paraId="5B69499C" w14:textId="77777777" w:rsidR="000D3CEC" w:rsidRDefault="00C64150">
      <w:pPr>
        <w:spacing w:after="40"/>
      </w:pPr>
      <w:r>
        <w:rPr>
          <w:rFonts w:ascii="Consolas" w:eastAsia="Consolas" w:hAnsi="Consolas"/>
          <w:color w:val="8A9196"/>
          <w:sz w:val="17"/>
        </w:rPr>
        <w:t>Application No.</w:t>
      </w:r>
    </w:p>
    <w:p w14:paraId="7139BE89" w14:textId="77777777" w:rsidR="000D3CEC" w:rsidRDefault="00C64150">
      <w:pPr>
        <w:pBdr>
          <w:bottom w:val="single" w:sz="6" w:space="1" w:color="DADDDD"/>
        </w:pBdr>
      </w:pPr>
      <w:r>
        <w:rPr>
          <w:sz w:val="16"/>
        </w:rPr>
        <w:t xml:space="preserve"> </w:t>
      </w:r>
    </w:p>
    <w:p w14:paraId="4F4F77F1" w14:textId="77777777" w:rsidR="000D3CEC" w:rsidRDefault="00C64150">
      <w:pPr>
        <w:spacing w:after="40"/>
      </w:pPr>
      <w:r>
        <w:rPr>
          <w:rFonts w:ascii="Consolas" w:eastAsia="Consolas" w:hAnsi="Consolas"/>
          <w:color w:val="8A9196"/>
          <w:sz w:val="17"/>
        </w:rPr>
        <w:t>Application date</w:t>
      </w:r>
    </w:p>
    <w:p w14:paraId="36B9413A" w14:textId="77777777" w:rsidR="000D3CEC" w:rsidRDefault="00C64150">
      <w:pPr>
        <w:pBdr>
          <w:bottom w:val="single" w:sz="6" w:space="1" w:color="DADDDD"/>
        </w:pBdr>
      </w:pPr>
      <w:r>
        <w:rPr>
          <w:color w:val="8A9196"/>
          <w:sz w:val="18"/>
        </w:rPr>
        <w:t>Y          M          D</w:t>
      </w:r>
    </w:p>
    <w:p w14:paraId="7C081E64" w14:textId="77777777" w:rsidR="000D3CEC" w:rsidRDefault="00C64150">
      <w:pPr>
        <w:spacing w:before="200" w:after="40"/>
      </w:pPr>
      <w:r>
        <w:rPr>
          <w:b/>
          <w:color w:val="1F2326"/>
          <w:sz w:val="24"/>
        </w:rPr>
        <w:t>Category applied for</w:t>
      </w:r>
    </w:p>
    <w:tbl>
      <w:tblPr>
        <w:tblW w:w="0" w:type="auto"/>
        <w:tblLook w:val="04A0" w:firstRow="1" w:lastRow="0" w:firstColumn="1" w:lastColumn="0" w:noHBand="0" w:noVBand="1"/>
      </w:tblPr>
      <w:tblGrid>
        <w:gridCol w:w="3024"/>
        <w:gridCol w:w="3024"/>
        <w:gridCol w:w="3024"/>
      </w:tblGrid>
      <w:tr w:rsidR="000D3CEC" w14:paraId="192734F4" w14:textId="77777777">
        <w:tc>
          <w:tcPr>
            <w:tcW w:w="3024" w:type="dxa"/>
            <w:tcBorders>
              <w:top w:val="nil"/>
              <w:left w:val="nil"/>
              <w:bottom w:val="nil"/>
              <w:right w:val="nil"/>
            </w:tcBorders>
          </w:tcPr>
          <w:p w14:paraId="5E82D7BD" w14:textId="77777777" w:rsidR="000D3CEC" w:rsidRDefault="00C64150">
            <w:pPr>
              <w:spacing w:after="120"/>
            </w:pPr>
            <w:r>
              <w:rPr>
                <w:color w:val="5C6368"/>
                <w:sz w:val="20"/>
              </w:rPr>
              <w:t>☐</w:t>
            </w:r>
            <w:r>
              <w:rPr>
                <w:color w:val="5C6368"/>
                <w:sz w:val="20"/>
              </w:rPr>
              <w:t xml:space="preserve">  Research Fellow</w:t>
            </w:r>
          </w:p>
        </w:tc>
        <w:tc>
          <w:tcPr>
            <w:tcW w:w="3024" w:type="dxa"/>
            <w:tcBorders>
              <w:top w:val="nil"/>
              <w:left w:val="nil"/>
              <w:bottom w:val="nil"/>
              <w:right w:val="nil"/>
            </w:tcBorders>
          </w:tcPr>
          <w:p w14:paraId="5C9B5FC6" w14:textId="77777777" w:rsidR="000D3CEC" w:rsidRDefault="00C64150">
            <w:pPr>
              <w:spacing w:after="120"/>
            </w:pPr>
            <w:r>
              <w:rPr>
                <w:color w:val="5C6368"/>
                <w:sz w:val="20"/>
              </w:rPr>
              <w:t>☐</w:t>
            </w:r>
            <w:r>
              <w:rPr>
                <w:color w:val="5C6368"/>
                <w:sz w:val="20"/>
              </w:rPr>
              <w:t xml:space="preserve">  Associate Research Fellow</w:t>
            </w:r>
          </w:p>
        </w:tc>
        <w:tc>
          <w:tcPr>
            <w:tcW w:w="3024" w:type="dxa"/>
            <w:tcBorders>
              <w:top w:val="nil"/>
              <w:left w:val="nil"/>
              <w:bottom w:val="nil"/>
              <w:right w:val="nil"/>
            </w:tcBorders>
          </w:tcPr>
          <w:p w14:paraId="4FB62145" w14:textId="77777777" w:rsidR="000D3CEC" w:rsidRDefault="00C64150">
            <w:pPr>
              <w:spacing w:after="120"/>
            </w:pPr>
            <w:r>
              <w:rPr>
                <w:color w:val="5C6368"/>
                <w:sz w:val="20"/>
              </w:rPr>
              <w:t>☐</w:t>
            </w:r>
            <w:r>
              <w:rPr>
                <w:color w:val="5C6368"/>
                <w:sz w:val="20"/>
              </w:rPr>
              <w:t xml:space="preserve">  Research Assistant</w:t>
            </w:r>
          </w:p>
        </w:tc>
      </w:tr>
      <w:tr w:rsidR="000D3CEC" w14:paraId="4CD835CA" w14:textId="77777777">
        <w:tc>
          <w:tcPr>
            <w:tcW w:w="3024" w:type="dxa"/>
            <w:tcBorders>
              <w:top w:val="nil"/>
              <w:left w:val="nil"/>
              <w:bottom w:val="nil"/>
              <w:right w:val="nil"/>
            </w:tcBorders>
          </w:tcPr>
          <w:p w14:paraId="102722CD" w14:textId="77777777" w:rsidR="000D3CEC" w:rsidRDefault="00C64150">
            <w:pPr>
              <w:spacing w:after="120"/>
            </w:pPr>
            <w:r>
              <w:rPr>
                <w:color w:val="5C6368"/>
                <w:sz w:val="20"/>
              </w:rPr>
              <w:t>☐</w:t>
            </w:r>
            <w:r>
              <w:rPr>
                <w:color w:val="5C6368"/>
                <w:sz w:val="20"/>
              </w:rPr>
              <w:t xml:space="preserve">  Young Research Fellow</w:t>
            </w:r>
          </w:p>
        </w:tc>
        <w:tc>
          <w:tcPr>
            <w:tcW w:w="3024" w:type="dxa"/>
            <w:tcBorders>
              <w:top w:val="nil"/>
              <w:left w:val="nil"/>
              <w:bottom w:val="nil"/>
              <w:right w:val="nil"/>
            </w:tcBorders>
          </w:tcPr>
          <w:p w14:paraId="486EC1C1" w14:textId="77777777" w:rsidR="000D3CEC" w:rsidRDefault="00C64150">
            <w:pPr>
              <w:spacing w:after="120"/>
            </w:pPr>
            <w:r>
              <w:rPr>
                <w:color w:val="5C6368"/>
                <w:sz w:val="20"/>
              </w:rPr>
              <w:t>☐</w:t>
            </w:r>
            <w:r>
              <w:rPr>
                <w:color w:val="5C6368"/>
                <w:sz w:val="20"/>
              </w:rPr>
              <w:t xml:space="preserve">  Visiting Research Fellow</w:t>
            </w:r>
          </w:p>
        </w:tc>
        <w:tc>
          <w:tcPr>
            <w:tcW w:w="3024" w:type="dxa"/>
            <w:tcBorders>
              <w:top w:val="nil"/>
              <w:left w:val="nil"/>
              <w:bottom w:val="nil"/>
              <w:right w:val="nil"/>
            </w:tcBorders>
          </w:tcPr>
          <w:p w14:paraId="5C0BD431" w14:textId="77777777" w:rsidR="000D3CEC" w:rsidRDefault="00C64150">
            <w:pPr>
              <w:spacing w:after="120"/>
            </w:pPr>
            <w:r>
              <w:rPr>
                <w:color w:val="5C6368"/>
                <w:sz w:val="20"/>
              </w:rPr>
              <w:t>☐</w:t>
            </w:r>
            <w:r>
              <w:rPr>
                <w:color w:val="5C6368"/>
                <w:sz w:val="20"/>
              </w:rPr>
              <w:t xml:space="preserve">  Part-time Research Fellow</w:t>
            </w:r>
          </w:p>
        </w:tc>
      </w:tr>
      <w:tr w:rsidR="000D3CEC" w14:paraId="4E2EC453" w14:textId="77777777">
        <w:tc>
          <w:tcPr>
            <w:tcW w:w="3024" w:type="dxa"/>
            <w:tcBorders>
              <w:top w:val="nil"/>
              <w:left w:val="nil"/>
              <w:bottom w:val="nil"/>
              <w:right w:val="nil"/>
            </w:tcBorders>
          </w:tcPr>
          <w:p w14:paraId="1D9465FE" w14:textId="77777777" w:rsidR="000D3CEC" w:rsidRDefault="00C64150">
            <w:pPr>
              <w:spacing w:after="120"/>
            </w:pPr>
            <w:r>
              <w:rPr>
                <w:color w:val="5C6368"/>
                <w:sz w:val="20"/>
              </w:rPr>
              <w:t>☐</w:t>
            </w:r>
            <w:r>
              <w:rPr>
                <w:color w:val="5C6368"/>
                <w:sz w:val="20"/>
              </w:rPr>
              <w:t xml:space="preserve">  Distinguished Research Fellow</w:t>
            </w:r>
          </w:p>
        </w:tc>
        <w:tc>
          <w:tcPr>
            <w:tcW w:w="3024" w:type="dxa"/>
            <w:tcBorders>
              <w:top w:val="nil"/>
              <w:left w:val="nil"/>
              <w:bottom w:val="nil"/>
              <w:right w:val="nil"/>
            </w:tcBorders>
          </w:tcPr>
          <w:p w14:paraId="6119926B" w14:textId="77777777" w:rsidR="000D3CEC" w:rsidRDefault="00C64150">
            <w:pPr>
              <w:spacing w:after="120"/>
            </w:pPr>
            <w:r>
              <w:rPr>
                <w:color w:val="5C6368"/>
                <w:sz w:val="20"/>
              </w:rPr>
              <w:t>☐</w:t>
            </w:r>
            <w:r>
              <w:rPr>
                <w:color w:val="5C6368"/>
                <w:sz w:val="20"/>
              </w:rPr>
              <w:t xml:space="preserve">  Other</w:t>
            </w:r>
          </w:p>
        </w:tc>
        <w:tc>
          <w:tcPr>
            <w:tcW w:w="3024" w:type="dxa"/>
            <w:tcBorders>
              <w:top w:val="nil"/>
              <w:left w:val="nil"/>
              <w:bottom w:val="nil"/>
              <w:right w:val="nil"/>
            </w:tcBorders>
          </w:tcPr>
          <w:p w14:paraId="2D130836" w14:textId="77777777" w:rsidR="000D3CEC" w:rsidRDefault="000D3CEC">
            <w:pPr>
              <w:spacing w:after="120"/>
            </w:pPr>
          </w:p>
        </w:tc>
      </w:tr>
    </w:tbl>
    <w:p w14:paraId="732E93A5" w14:textId="77777777" w:rsidR="000D3CEC" w:rsidRDefault="000D3CEC">
      <w:pPr>
        <w:spacing w:after="40"/>
      </w:pPr>
    </w:p>
    <w:p w14:paraId="5CE30592" w14:textId="77777777" w:rsidR="000D3CEC" w:rsidRDefault="00C64150">
      <w:pPr>
        <w:spacing w:before="200" w:after="40"/>
      </w:pPr>
      <w:r>
        <w:rPr>
          <w:b/>
          <w:color w:val="1F2326"/>
          <w:sz w:val="24"/>
        </w:rPr>
        <w:t>Proposed term</w:t>
      </w:r>
    </w:p>
    <w:tbl>
      <w:tblPr>
        <w:tblW w:w="0" w:type="auto"/>
        <w:tblLook w:val="04A0" w:firstRow="1" w:lastRow="0" w:firstColumn="1" w:lastColumn="0" w:noHBand="0" w:noVBand="1"/>
      </w:tblPr>
      <w:tblGrid>
        <w:gridCol w:w="2268"/>
        <w:gridCol w:w="2268"/>
        <w:gridCol w:w="2268"/>
        <w:gridCol w:w="2268"/>
      </w:tblGrid>
      <w:tr w:rsidR="000D3CEC" w14:paraId="07BF7A10" w14:textId="77777777">
        <w:tc>
          <w:tcPr>
            <w:tcW w:w="2268" w:type="dxa"/>
            <w:tcBorders>
              <w:top w:val="nil"/>
              <w:left w:val="nil"/>
              <w:bottom w:val="nil"/>
              <w:right w:val="nil"/>
            </w:tcBorders>
          </w:tcPr>
          <w:p w14:paraId="0C5989C9" w14:textId="77777777" w:rsidR="000D3CEC" w:rsidRDefault="00C64150">
            <w:pPr>
              <w:spacing w:after="120"/>
            </w:pPr>
            <w:r>
              <w:rPr>
                <w:color w:val="5C6368"/>
                <w:sz w:val="20"/>
              </w:rPr>
              <w:t>☐</w:t>
            </w:r>
            <w:r>
              <w:rPr>
                <w:color w:val="5C6368"/>
                <w:sz w:val="20"/>
              </w:rPr>
              <w:t xml:space="preserve">  1 year</w:t>
            </w:r>
          </w:p>
        </w:tc>
        <w:tc>
          <w:tcPr>
            <w:tcW w:w="2268" w:type="dxa"/>
            <w:tcBorders>
              <w:top w:val="nil"/>
              <w:left w:val="nil"/>
              <w:bottom w:val="nil"/>
              <w:right w:val="nil"/>
            </w:tcBorders>
          </w:tcPr>
          <w:p w14:paraId="62078C08" w14:textId="77777777" w:rsidR="000D3CEC" w:rsidRDefault="00C64150">
            <w:pPr>
              <w:spacing w:after="120"/>
            </w:pPr>
            <w:r>
              <w:rPr>
                <w:color w:val="5C6368"/>
                <w:sz w:val="20"/>
              </w:rPr>
              <w:t>☐</w:t>
            </w:r>
            <w:r>
              <w:rPr>
                <w:color w:val="5C6368"/>
                <w:sz w:val="20"/>
              </w:rPr>
              <w:t xml:space="preserve">  2 years</w:t>
            </w:r>
          </w:p>
        </w:tc>
        <w:tc>
          <w:tcPr>
            <w:tcW w:w="2268" w:type="dxa"/>
            <w:tcBorders>
              <w:top w:val="nil"/>
              <w:left w:val="nil"/>
              <w:bottom w:val="nil"/>
              <w:right w:val="nil"/>
            </w:tcBorders>
          </w:tcPr>
          <w:p w14:paraId="5693E898" w14:textId="77777777" w:rsidR="000D3CEC" w:rsidRDefault="00C64150">
            <w:pPr>
              <w:spacing w:after="120"/>
            </w:pPr>
            <w:r>
              <w:rPr>
                <w:color w:val="5C6368"/>
                <w:sz w:val="20"/>
              </w:rPr>
              <w:t>☐</w:t>
            </w:r>
            <w:r>
              <w:rPr>
                <w:color w:val="5C6368"/>
                <w:sz w:val="20"/>
              </w:rPr>
              <w:t xml:space="preserve">  3 years</w:t>
            </w:r>
          </w:p>
        </w:tc>
        <w:tc>
          <w:tcPr>
            <w:tcW w:w="2268" w:type="dxa"/>
            <w:tcBorders>
              <w:top w:val="nil"/>
              <w:left w:val="nil"/>
              <w:bottom w:val="nil"/>
              <w:right w:val="nil"/>
            </w:tcBorders>
          </w:tcPr>
          <w:p w14:paraId="034EF952" w14:textId="77777777" w:rsidR="000D3CEC" w:rsidRDefault="00C64150">
            <w:pPr>
              <w:spacing w:after="120"/>
            </w:pPr>
            <w:r>
              <w:rPr>
                <w:color w:val="5C6368"/>
                <w:sz w:val="20"/>
              </w:rPr>
              <w:t>☐</w:t>
            </w:r>
            <w:r>
              <w:rPr>
                <w:color w:val="5C6368"/>
                <w:sz w:val="20"/>
              </w:rPr>
              <w:t xml:space="preserve">  Other</w:t>
            </w:r>
          </w:p>
        </w:tc>
      </w:tr>
    </w:tbl>
    <w:p w14:paraId="57BA5EED" w14:textId="77777777" w:rsidR="000D3CEC" w:rsidRDefault="000D3CEC">
      <w:pPr>
        <w:spacing w:after="40"/>
      </w:pPr>
    </w:p>
    <w:p w14:paraId="23D893E4" w14:textId="77777777" w:rsidR="000D3CEC" w:rsidRDefault="00C64150">
      <w:pPr>
        <w:spacing w:before="200" w:after="40"/>
      </w:pPr>
      <w:r>
        <w:rPr>
          <w:b/>
          <w:color w:val="1F2326"/>
          <w:sz w:val="24"/>
        </w:rPr>
        <w:t>Proposed mode of participation</w:t>
      </w:r>
    </w:p>
    <w:tbl>
      <w:tblPr>
        <w:tblW w:w="0" w:type="auto"/>
        <w:tblLook w:val="04A0" w:firstRow="1" w:lastRow="0" w:firstColumn="1" w:lastColumn="0" w:noHBand="0" w:noVBand="1"/>
      </w:tblPr>
      <w:tblGrid>
        <w:gridCol w:w="4536"/>
        <w:gridCol w:w="4536"/>
      </w:tblGrid>
      <w:tr w:rsidR="000D3CEC" w14:paraId="740618BD" w14:textId="77777777">
        <w:tc>
          <w:tcPr>
            <w:tcW w:w="4536" w:type="dxa"/>
            <w:tcBorders>
              <w:top w:val="nil"/>
              <w:left w:val="nil"/>
              <w:bottom w:val="nil"/>
              <w:right w:val="nil"/>
            </w:tcBorders>
          </w:tcPr>
          <w:p w14:paraId="46AE484D" w14:textId="77777777" w:rsidR="000D3CEC" w:rsidRDefault="00C64150">
            <w:pPr>
              <w:spacing w:after="120"/>
            </w:pPr>
            <w:r>
              <w:rPr>
                <w:color w:val="5C6368"/>
                <w:sz w:val="20"/>
              </w:rPr>
              <w:t>☐</w:t>
            </w:r>
            <w:r>
              <w:rPr>
                <w:color w:val="5C6368"/>
                <w:sz w:val="20"/>
              </w:rPr>
              <w:t xml:space="preserve">  Remote participation</w:t>
            </w:r>
          </w:p>
        </w:tc>
        <w:tc>
          <w:tcPr>
            <w:tcW w:w="4536" w:type="dxa"/>
            <w:tcBorders>
              <w:top w:val="nil"/>
              <w:left w:val="nil"/>
              <w:bottom w:val="nil"/>
              <w:right w:val="nil"/>
            </w:tcBorders>
          </w:tcPr>
          <w:p w14:paraId="27188DD6" w14:textId="77777777" w:rsidR="000D3CEC" w:rsidRDefault="00C64150">
            <w:pPr>
              <w:spacing w:after="120"/>
            </w:pPr>
            <w:r>
              <w:rPr>
                <w:color w:val="5C6368"/>
                <w:sz w:val="20"/>
              </w:rPr>
              <w:t>☐</w:t>
            </w:r>
            <w:r>
              <w:rPr>
                <w:color w:val="5C6368"/>
                <w:sz w:val="20"/>
              </w:rPr>
              <w:t xml:space="preserve">  Project collaboration</w:t>
            </w:r>
          </w:p>
        </w:tc>
      </w:tr>
      <w:tr w:rsidR="000D3CEC" w14:paraId="0095DA7A" w14:textId="77777777">
        <w:tc>
          <w:tcPr>
            <w:tcW w:w="4536" w:type="dxa"/>
            <w:tcBorders>
              <w:top w:val="nil"/>
              <w:left w:val="nil"/>
              <w:bottom w:val="nil"/>
              <w:right w:val="nil"/>
            </w:tcBorders>
          </w:tcPr>
          <w:p w14:paraId="28F00E3C" w14:textId="77777777" w:rsidR="000D3CEC" w:rsidRDefault="00C64150">
            <w:pPr>
              <w:spacing w:after="120"/>
            </w:pPr>
            <w:r>
              <w:rPr>
                <w:color w:val="5C6368"/>
                <w:sz w:val="20"/>
              </w:rPr>
              <w:t>☐</w:t>
            </w:r>
            <w:r>
              <w:rPr>
                <w:color w:val="5C6368"/>
                <w:sz w:val="20"/>
              </w:rPr>
              <w:t xml:space="preserve">  Academic appointment</w:t>
            </w:r>
          </w:p>
        </w:tc>
        <w:tc>
          <w:tcPr>
            <w:tcW w:w="4536" w:type="dxa"/>
            <w:tcBorders>
              <w:top w:val="nil"/>
              <w:left w:val="nil"/>
              <w:bottom w:val="nil"/>
              <w:right w:val="nil"/>
            </w:tcBorders>
          </w:tcPr>
          <w:p w14:paraId="1C5EEC24" w14:textId="77777777" w:rsidR="000D3CEC" w:rsidRDefault="00C64150">
            <w:pPr>
              <w:spacing w:after="120"/>
            </w:pPr>
            <w:r>
              <w:rPr>
                <w:color w:val="5C6368"/>
                <w:sz w:val="20"/>
              </w:rPr>
              <w:t>☐</w:t>
            </w:r>
            <w:r>
              <w:rPr>
                <w:color w:val="5C6368"/>
                <w:sz w:val="20"/>
              </w:rPr>
              <w:t xml:space="preserve">  Combined online &amp; in-person</w:t>
            </w:r>
          </w:p>
        </w:tc>
      </w:tr>
      <w:tr w:rsidR="000D3CEC" w14:paraId="44C01DE5" w14:textId="77777777">
        <w:tc>
          <w:tcPr>
            <w:tcW w:w="4536" w:type="dxa"/>
            <w:tcBorders>
              <w:top w:val="nil"/>
              <w:left w:val="nil"/>
              <w:bottom w:val="nil"/>
              <w:right w:val="nil"/>
            </w:tcBorders>
          </w:tcPr>
          <w:p w14:paraId="0FEB330B" w14:textId="77777777" w:rsidR="000D3CEC" w:rsidRDefault="00C64150">
            <w:pPr>
              <w:spacing w:after="120"/>
            </w:pPr>
            <w:r>
              <w:rPr>
                <w:color w:val="5C6368"/>
                <w:sz w:val="20"/>
              </w:rPr>
              <w:t>☐</w:t>
            </w:r>
            <w:r>
              <w:rPr>
                <w:color w:val="5C6368"/>
                <w:sz w:val="20"/>
              </w:rPr>
              <w:t xml:space="preserve">  Other</w:t>
            </w:r>
          </w:p>
        </w:tc>
        <w:tc>
          <w:tcPr>
            <w:tcW w:w="4536" w:type="dxa"/>
            <w:tcBorders>
              <w:top w:val="nil"/>
              <w:left w:val="nil"/>
              <w:bottom w:val="nil"/>
              <w:right w:val="nil"/>
            </w:tcBorders>
          </w:tcPr>
          <w:p w14:paraId="4D11F3BB" w14:textId="77777777" w:rsidR="000D3CEC" w:rsidRDefault="000D3CEC">
            <w:pPr>
              <w:spacing w:after="120"/>
            </w:pPr>
          </w:p>
        </w:tc>
      </w:tr>
    </w:tbl>
    <w:p w14:paraId="1947AAF7" w14:textId="77777777" w:rsidR="000D3CEC" w:rsidRDefault="000D3CEC">
      <w:pPr>
        <w:spacing w:after="40"/>
      </w:pPr>
    </w:p>
    <w:p w14:paraId="6D769839" w14:textId="77777777" w:rsidR="000D3CEC" w:rsidRDefault="00C64150">
      <w:r>
        <w:br w:type="page"/>
      </w:r>
    </w:p>
    <w:p w14:paraId="79BAC262" w14:textId="77777777" w:rsidR="000D3CEC" w:rsidRDefault="00C64150">
      <w:pPr>
        <w:spacing w:before="80" w:after="40"/>
      </w:pPr>
      <w:r>
        <w:rPr>
          <w:rFonts w:ascii="Consolas" w:eastAsia="Consolas" w:hAnsi="Consolas"/>
          <w:color w:val="8A9196"/>
          <w:sz w:val="20"/>
        </w:rPr>
        <w:lastRenderedPageBreak/>
        <w:t>PART THREE</w:t>
      </w:r>
    </w:p>
    <w:p w14:paraId="0CC0173A" w14:textId="77777777" w:rsidR="000D3CEC" w:rsidRDefault="00C64150">
      <w:pPr>
        <w:spacing w:after="80"/>
      </w:pPr>
      <w:r>
        <w:rPr>
          <w:rFonts w:ascii="Georgia" w:eastAsia="Georgia" w:hAnsi="Georgia"/>
          <w:b/>
          <w:color w:val="1F2326"/>
          <w:sz w:val="38"/>
        </w:rPr>
        <w:t>3. Applicant Information</w:t>
      </w:r>
    </w:p>
    <w:p w14:paraId="4047B5A8" w14:textId="77777777" w:rsidR="000D3CEC" w:rsidRDefault="000D3CEC">
      <w:pPr>
        <w:pBdr>
          <w:bottom w:val="single" w:sz="10" w:space="1" w:color="1F2326"/>
        </w:pBdr>
        <w:spacing w:after="280"/>
      </w:pPr>
    </w:p>
    <w:tbl>
      <w:tblPr>
        <w:tblW w:w="0" w:type="auto"/>
        <w:tblLook w:val="04A0" w:firstRow="1" w:lastRow="0" w:firstColumn="1" w:lastColumn="0" w:noHBand="0" w:noVBand="1"/>
      </w:tblPr>
      <w:tblGrid>
        <w:gridCol w:w="4536"/>
        <w:gridCol w:w="4536"/>
      </w:tblGrid>
      <w:tr w:rsidR="000D3CEC" w14:paraId="78E099F6" w14:textId="77777777">
        <w:tc>
          <w:tcPr>
            <w:tcW w:w="4536" w:type="dxa"/>
            <w:tcBorders>
              <w:top w:val="nil"/>
              <w:left w:val="nil"/>
              <w:bottom w:val="nil"/>
              <w:right w:val="nil"/>
            </w:tcBorders>
          </w:tcPr>
          <w:p w14:paraId="1A10C09B" w14:textId="77777777" w:rsidR="000D3CEC" w:rsidRDefault="00C64150">
            <w:pPr>
              <w:spacing w:after="40"/>
            </w:pPr>
            <w:r>
              <w:rPr>
                <w:rFonts w:ascii="Consolas" w:eastAsia="Consolas" w:hAnsi="Consolas"/>
                <w:color w:val="8A9196"/>
                <w:sz w:val="17"/>
              </w:rPr>
              <w:t>Full name</w:t>
            </w:r>
          </w:p>
          <w:p w14:paraId="0FB9B43B"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6243FE91" w14:textId="77777777" w:rsidR="000D3CEC" w:rsidRDefault="00C64150">
            <w:pPr>
              <w:spacing w:after="40"/>
            </w:pPr>
            <w:r>
              <w:rPr>
                <w:rFonts w:ascii="Consolas" w:eastAsia="Consolas" w:hAnsi="Consolas"/>
                <w:color w:val="8A9196"/>
                <w:sz w:val="17"/>
              </w:rPr>
              <w:t>Name in Latin script</w:t>
            </w:r>
          </w:p>
          <w:p w14:paraId="6589F749" w14:textId="77777777" w:rsidR="000D3CEC" w:rsidRDefault="00C64150">
            <w:pPr>
              <w:pBdr>
                <w:bottom w:val="single" w:sz="6" w:space="1" w:color="DADDDD"/>
              </w:pBdr>
            </w:pPr>
            <w:r>
              <w:rPr>
                <w:sz w:val="16"/>
              </w:rPr>
              <w:t xml:space="preserve"> </w:t>
            </w:r>
          </w:p>
        </w:tc>
      </w:tr>
      <w:tr w:rsidR="000D3CEC" w14:paraId="70D52AA6" w14:textId="77777777">
        <w:tc>
          <w:tcPr>
            <w:tcW w:w="4536" w:type="dxa"/>
            <w:tcBorders>
              <w:top w:val="nil"/>
              <w:left w:val="nil"/>
              <w:bottom w:val="nil"/>
              <w:right w:val="nil"/>
            </w:tcBorders>
          </w:tcPr>
          <w:p w14:paraId="5B7F6887" w14:textId="77777777" w:rsidR="000D3CEC" w:rsidRDefault="00C64150">
            <w:pPr>
              <w:spacing w:after="40"/>
            </w:pPr>
            <w:r>
              <w:rPr>
                <w:rFonts w:ascii="Consolas" w:eastAsia="Consolas" w:hAnsi="Consolas"/>
                <w:color w:val="8A9196"/>
                <w:sz w:val="17"/>
              </w:rPr>
              <w:t>Nationality / region</w:t>
            </w:r>
          </w:p>
          <w:p w14:paraId="41D9EE1E"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6090BE07" w14:textId="77777777" w:rsidR="000D3CEC" w:rsidRDefault="00C64150">
            <w:pPr>
              <w:spacing w:after="40"/>
            </w:pPr>
            <w:r>
              <w:rPr>
                <w:rFonts w:ascii="Consolas" w:eastAsia="Consolas" w:hAnsi="Consolas"/>
                <w:color w:val="8A9196"/>
                <w:sz w:val="17"/>
              </w:rPr>
              <w:t>Country / region of residence</w:t>
            </w:r>
          </w:p>
          <w:p w14:paraId="2BD6F72C" w14:textId="77777777" w:rsidR="000D3CEC" w:rsidRDefault="00C64150">
            <w:pPr>
              <w:pBdr>
                <w:bottom w:val="single" w:sz="6" w:space="1" w:color="DADDDD"/>
              </w:pBdr>
            </w:pPr>
            <w:r>
              <w:rPr>
                <w:sz w:val="16"/>
              </w:rPr>
              <w:t xml:space="preserve"> </w:t>
            </w:r>
          </w:p>
        </w:tc>
      </w:tr>
      <w:tr w:rsidR="000D3CEC" w14:paraId="39C22443" w14:textId="77777777">
        <w:tc>
          <w:tcPr>
            <w:tcW w:w="4536" w:type="dxa"/>
            <w:tcBorders>
              <w:top w:val="nil"/>
              <w:left w:val="nil"/>
              <w:bottom w:val="nil"/>
              <w:right w:val="nil"/>
            </w:tcBorders>
          </w:tcPr>
          <w:p w14:paraId="3CD21013" w14:textId="77777777" w:rsidR="000D3CEC" w:rsidRDefault="00C64150">
            <w:pPr>
              <w:spacing w:after="40"/>
            </w:pPr>
            <w:r>
              <w:rPr>
                <w:rFonts w:ascii="Consolas" w:eastAsia="Consolas" w:hAnsi="Consolas"/>
                <w:color w:val="8A9196"/>
                <w:sz w:val="17"/>
              </w:rPr>
              <w:t>Telephone</w:t>
            </w:r>
          </w:p>
          <w:p w14:paraId="61BF86C9"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BA2BDB7" w14:textId="77777777" w:rsidR="000D3CEC" w:rsidRDefault="00C64150">
            <w:pPr>
              <w:spacing w:after="40"/>
            </w:pPr>
            <w:r>
              <w:rPr>
                <w:rFonts w:ascii="Consolas" w:eastAsia="Consolas" w:hAnsi="Consolas"/>
                <w:color w:val="8A9196"/>
                <w:sz w:val="17"/>
              </w:rPr>
              <w:t>Email</w:t>
            </w:r>
          </w:p>
          <w:p w14:paraId="7D54D025" w14:textId="77777777" w:rsidR="000D3CEC" w:rsidRDefault="00C64150">
            <w:pPr>
              <w:pBdr>
                <w:bottom w:val="single" w:sz="6" w:space="1" w:color="DADDDD"/>
              </w:pBdr>
            </w:pPr>
            <w:r>
              <w:rPr>
                <w:sz w:val="16"/>
              </w:rPr>
              <w:t xml:space="preserve"> </w:t>
            </w:r>
          </w:p>
        </w:tc>
      </w:tr>
      <w:tr w:rsidR="000D3CEC" w14:paraId="24B475BD" w14:textId="77777777">
        <w:tc>
          <w:tcPr>
            <w:tcW w:w="4536" w:type="dxa"/>
            <w:tcBorders>
              <w:top w:val="nil"/>
              <w:left w:val="nil"/>
              <w:bottom w:val="nil"/>
              <w:right w:val="nil"/>
            </w:tcBorders>
          </w:tcPr>
          <w:p w14:paraId="67F5EBE3" w14:textId="77777777" w:rsidR="000D3CEC" w:rsidRDefault="00C64150">
            <w:pPr>
              <w:spacing w:after="40"/>
            </w:pPr>
            <w:r>
              <w:rPr>
                <w:rFonts w:ascii="Consolas" w:eastAsia="Consolas" w:hAnsi="Consolas"/>
                <w:color w:val="8A9196"/>
                <w:sz w:val="17"/>
              </w:rPr>
              <w:t>Current institution</w:t>
            </w:r>
          </w:p>
          <w:p w14:paraId="60676397"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796488EB" w14:textId="77777777" w:rsidR="000D3CEC" w:rsidRDefault="00C64150">
            <w:pPr>
              <w:spacing w:after="40"/>
            </w:pPr>
            <w:r>
              <w:rPr>
                <w:rFonts w:ascii="Consolas" w:eastAsia="Consolas" w:hAnsi="Consolas"/>
                <w:color w:val="8A9196"/>
                <w:sz w:val="17"/>
              </w:rPr>
              <w:t>Faculty / department</w:t>
            </w:r>
          </w:p>
          <w:p w14:paraId="20E5A33F" w14:textId="77777777" w:rsidR="000D3CEC" w:rsidRDefault="00C64150">
            <w:pPr>
              <w:pBdr>
                <w:bottom w:val="single" w:sz="6" w:space="1" w:color="DADDDD"/>
              </w:pBdr>
            </w:pPr>
            <w:r>
              <w:rPr>
                <w:sz w:val="16"/>
              </w:rPr>
              <w:t xml:space="preserve"> </w:t>
            </w:r>
          </w:p>
        </w:tc>
      </w:tr>
      <w:tr w:rsidR="000D3CEC" w14:paraId="0E3ED52C" w14:textId="77777777">
        <w:tc>
          <w:tcPr>
            <w:tcW w:w="4536" w:type="dxa"/>
            <w:tcBorders>
              <w:top w:val="nil"/>
              <w:left w:val="nil"/>
              <w:bottom w:val="nil"/>
              <w:right w:val="nil"/>
            </w:tcBorders>
          </w:tcPr>
          <w:p w14:paraId="3A15A2EF" w14:textId="77777777" w:rsidR="000D3CEC" w:rsidRDefault="00C64150">
            <w:pPr>
              <w:spacing w:after="40"/>
            </w:pPr>
            <w:r>
              <w:rPr>
                <w:rFonts w:ascii="Consolas" w:eastAsia="Consolas" w:hAnsi="Consolas"/>
                <w:color w:val="8A9196"/>
                <w:sz w:val="17"/>
              </w:rPr>
              <w:t>Current position / title</w:t>
            </w:r>
          </w:p>
          <w:p w14:paraId="6B188B68"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27A8F3CB" w14:textId="77777777" w:rsidR="000D3CEC" w:rsidRDefault="00C64150">
            <w:pPr>
              <w:spacing w:after="40"/>
            </w:pPr>
            <w:r>
              <w:rPr>
                <w:rFonts w:ascii="Consolas" w:eastAsia="Consolas" w:hAnsi="Consolas"/>
                <w:color w:val="8A9196"/>
                <w:sz w:val="17"/>
              </w:rPr>
              <w:t>Highest degree</w:t>
            </w:r>
          </w:p>
          <w:p w14:paraId="179D7283" w14:textId="77777777" w:rsidR="000D3CEC" w:rsidRDefault="00C64150">
            <w:pPr>
              <w:pBdr>
                <w:bottom w:val="single" w:sz="6" w:space="1" w:color="DADDDD"/>
              </w:pBdr>
            </w:pPr>
            <w:r>
              <w:rPr>
                <w:sz w:val="16"/>
              </w:rPr>
              <w:t xml:space="preserve"> </w:t>
            </w:r>
          </w:p>
        </w:tc>
      </w:tr>
    </w:tbl>
    <w:p w14:paraId="1B84BAB3" w14:textId="77777777" w:rsidR="000D3CEC" w:rsidRDefault="00C64150">
      <w:pPr>
        <w:spacing w:after="40"/>
      </w:pPr>
      <w:r>
        <w:rPr>
          <w:rFonts w:ascii="Consolas" w:eastAsia="Consolas" w:hAnsi="Consolas"/>
          <w:color w:val="8A9196"/>
          <w:sz w:val="17"/>
        </w:rPr>
        <w:t>Primary research areas</w:t>
      </w:r>
    </w:p>
    <w:p w14:paraId="4DFB23F7" w14:textId="77777777" w:rsidR="000D3CEC" w:rsidRDefault="00C64150">
      <w:pPr>
        <w:pBdr>
          <w:bottom w:val="single" w:sz="6" w:space="1" w:color="DADDDD"/>
        </w:pBdr>
      </w:pPr>
      <w:r>
        <w:rPr>
          <w:sz w:val="16"/>
        </w:rPr>
        <w:t xml:space="preserve"> </w:t>
      </w:r>
    </w:p>
    <w:tbl>
      <w:tblPr>
        <w:tblW w:w="0" w:type="auto"/>
        <w:tblLook w:val="04A0" w:firstRow="1" w:lastRow="0" w:firstColumn="1" w:lastColumn="0" w:noHBand="0" w:noVBand="1"/>
      </w:tblPr>
      <w:tblGrid>
        <w:gridCol w:w="4536"/>
        <w:gridCol w:w="4536"/>
      </w:tblGrid>
      <w:tr w:rsidR="000D3CEC" w14:paraId="229C5D1E" w14:textId="77777777">
        <w:tc>
          <w:tcPr>
            <w:tcW w:w="4536" w:type="dxa"/>
            <w:tcBorders>
              <w:top w:val="nil"/>
              <w:left w:val="nil"/>
              <w:bottom w:val="nil"/>
              <w:right w:val="nil"/>
            </w:tcBorders>
          </w:tcPr>
          <w:p w14:paraId="369FAAC0" w14:textId="77777777" w:rsidR="000D3CEC" w:rsidRDefault="00C64150">
            <w:pPr>
              <w:spacing w:after="40"/>
            </w:pPr>
            <w:r>
              <w:rPr>
                <w:rFonts w:ascii="Consolas" w:eastAsia="Consolas" w:hAnsi="Consolas"/>
                <w:color w:val="8A9196"/>
                <w:sz w:val="17"/>
              </w:rPr>
              <w:t>ORCID</w:t>
            </w:r>
          </w:p>
          <w:p w14:paraId="2666506F"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3E286D25" w14:textId="77777777" w:rsidR="000D3CEC" w:rsidRDefault="00C64150">
            <w:pPr>
              <w:spacing w:after="40"/>
            </w:pPr>
            <w:r>
              <w:rPr>
                <w:rFonts w:ascii="Consolas" w:eastAsia="Consolas" w:hAnsi="Consolas"/>
                <w:color w:val="8A9196"/>
                <w:sz w:val="17"/>
              </w:rPr>
              <w:t>Google Scholar / profile</w:t>
            </w:r>
          </w:p>
          <w:p w14:paraId="2FEFEE79" w14:textId="77777777" w:rsidR="000D3CEC" w:rsidRDefault="00C64150">
            <w:pPr>
              <w:pBdr>
                <w:bottom w:val="single" w:sz="6" w:space="1" w:color="DADDDD"/>
              </w:pBdr>
            </w:pPr>
            <w:r>
              <w:rPr>
                <w:sz w:val="16"/>
              </w:rPr>
              <w:t xml:space="preserve"> </w:t>
            </w:r>
          </w:p>
        </w:tc>
      </w:tr>
    </w:tbl>
    <w:p w14:paraId="63AD1479" w14:textId="77777777" w:rsidR="000D3CEC" w:rsidRDefault="00C64150">
      <w:pPr>
        <w:spacing w:after="40"/>
      </w:pPr>
      <w:r>
        <w:rPr>
          <w:rFonts w:ascii="Consolas" w:eastAsia="Consolas" w:hAnsi="Consolas"/>
          <w:color w:val="8A9196"/>
          <w:sz w:val="17"/>
        </w:rPr>
        <w:t>Personal website</w:t>
      </w:r>
    </w:p>
    <w:p w14:paraId="01F7583A" w14:textId="77777777" w:rsidR="000D3CEC" w:rsidRDefault="00C64150">
      <w:pPr>
        <w:pBdr>
          <w:bottom w:val="single" w:sz="6" w:space="1" w:color="DADDDD"/>
        </w:pBdr>
      </w:pPr>
      <w:r>
        <w:rPr>
          <w:sz w:val="16"/>
        </w:rPr>
        <w:t xml:space="preserve"> </w:t>
      </w:r>
    </w:p>
    <w:p w14:paraId="09005CA0" w14:textId="77777777" w:rsidR="000D3CEC" w:rsidRDefault="00C64150">
      <w:pPr>
        <w:spacing w:after="40"/>
      </w:pPr>
      <w:r>
        <w:rPr>
          <w:rFonts w:ascii="Consolas" w:eastAsia="Consolas" w:hAnsi="Consolas"/>
          <w:color w:val="8A9196"/>
          <w:sz w:val="17"/>
        </w:rPr>
        <w:t>Mailing address</w:t>
      </w:r>
    </w:p>
    <w:p w14:paraId="6DEE1867" w14:textId="77777777" w:rsidR="000D3CEC" w:rsidRDefault="00C64150">
      <w:pPr>
        <w:pBdr>
          <w:bottom w:val="single" w:sz="6" w:space="1" w:color="DADDDD"/>
        </w:pBdr>
      </w:pPr>
      <w:r>
        <w:rPr>
          <w:sz w:val="16"/>
        </w:rPr>
        <w:t xml:space="preserve"> </w:t>
      </w:r>
    </w:p>
    <w:p w14:paraId="622B13AE" w14:textId="77777777" w:rsidR="000D3CEC" w:rsidRDefault="00C64150">
      <w:r>
        <w:br w:type="page"/>
      </w:r>
    </w:p>
    <w:p w14:paraId="299ED6E6" w14:textId="77777777" w:rsidR="000D3CEC" w:rsidRDefault="00C64150">
      <w:pPr>
        <w:spacing w:before="80" w:after="40"/>
      </w:pPr>
      <w:r>
        <w:rPr>
          <w:rFonts w:ascii="Consolas" w:eastAsia="Consolas" w:hAnsi="Consolas"/>
          <w:color w:val="8A9196"/>
          <w:sz w:val="20"/>
        </w:rPr>
        <w:lastRenderedPageBreak/>
        <w:t>PART FOUR</w:t>
      </w:r>
    </w:p>
    <w:p w14:paraId="4DA7037B" w14:textId="77777777" w:rsidR="000D3CEC" w:rsidRDefault="00C64150">
      <w:pPr>
        <w:spacing w:after="80"/>
      </w:pPr>
      <w:r>
        <w:rPr>
          <w:rFonts w:ascii="Georgia" w:eastAsia="Georgia" w:hAnsi="Georgia"/>
          <w:b/>
          <w:color w:val="1F2326"/>
          <w:sz w:val="38"/>
        </w:rPr>
        <w:t>4. Education</w:t>
      </w:r>
    </w:p>
    <w:p w14:paraId="1B3D5BEE" w14:textId="77777777" w:rsidR="000D3CEC" w:rsidRDefault="000D3CEC">
      <w:pPr>
        <w:pBdr>
          <w:bottom w:val="single" w:sz="10" w:space="1" w:color="1F2326"/>
        </w:pBdr>
        <w:spacing w:after="280"/>
      </w:pPr>
    </w:p>
    <w:p w14:paraId="1BFC6F90" w14:textId="77777777" w:rsidR="000D3CEC" w:rsidRDefault="00C64150">
      <w:r>
        <w:rPr>
          <w:color w:val="5C6368"/>
        </w:rPr>
        <w:t>Please list starting from your highest degree.</w:t>
      </w:r>
    </w:p>
    <w:tbl>
      <w:tblPr>
        <w:tblW w:w="0" w:type="auto"/>
        <w:tblLook w:val="04A0" w:firstRow="1" w:lastRow="0" w:firstColumn="1" w:lastColumn="0" w:noHBand="0" w:noVBand="1"/>
      </w:tblPr>
      <w:tblGrid>
        <w:gridCol w:w="9072"/>
      </w:tblGrid>
      <w:tr w:rsidR="000D3CEC" w14:paraId="332400B9"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3E50A055" w14:textId="77777777" w:rsidR="000D3CEC" w:rsidRDefault="00C64150">
            <w:pPr>
              <w:spacing w:before="200" w:after="120"/>
            </w:pPr>
            <w:r>
              <w:rPr>
                <w:rFonts w:ascii="Consolas" w:eastAsia="Consolas" w:hAnsi="Consolas"/>
                <w:b/>
                <w:color w:val="8A9196"/>
                <w:sz w:val="18"/>
              </w:rPr>
              <w:t>EDUCATION 1</w:t>
            </w:r>
          </w:p>
          <w:tbl>
            <w:tblPr>
              <w:tblW w:w="0" w:type="auto"/>
              <w:tblLook w:val="04A0" w:firstRow="1" w:lastRow="0" w:firstColumn="1" w:lastColumn="0" w:noHBand="0" w:noVBand="1"/>
            </w:tblPr>
            <w:tblGrid>
              <w:gridCol w:w="4420"/>
              <w:gridCol w:w="4436"/>
            </w:tblGrid>
            <w:tr w:rsidR="000D3CEC" w14:paraId="2C82F117" w14:textId="77777777">
              <w:tc>
                <w:tcPr>
                  <w:tcW w:w="4536" w:type="dxa"/>
                  <w:tcBorders>
                    <w:top w:val="nil"/>
                    <w:left w:val="nil"/>
                    <w:bottom w:val="nil"/>
                    <w:right w:val="nil"/>
                  </w:tcBorders>
                </w:tcPr>
                <w:p w14:paraId="3623BF7C" w14:textId="77777777" w:rsidR="000D3CEC" w:rsidRDefault="00C64150">
                  <w:pPr>
                    <w:spacing w:after="40"/>
                  </w:pPr>
                  <w:r>
                    <w:rPr>
                      <w:rFonts w:ascii="Consolas" w:eastAsia="Consolas" w:hAnsi="Consolas"/>
                      <w:color w:val="8A9196"/>
                      <w:sz w:val="17"/>
                    </w:rPr>
                    <w:t>Dates</w:t>
                  </w:r>
                </w:p>
                <w:p w14:paraId="1475D363"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73B408E" w14:textId="77777777" w:rsidR="000D3CEC" w:rsidRDefault="00C64150">
                  <w:pPr>
                    <w:spacing w:after="40"/>
                  </w:pPr>
                  <w:r>
                    <w:rPr>
                      <w:rFonts w:ascii="Consolas" w:eastAsia="Consolas" w:hAnsi="Consolas"/>
                      <w:color w:val="8A9196"/>
                      <w:sz w:val="17"/>
                    </w:rPr>
                    <w:t>Institution</w:t>
                  </w:r>
                </w:p>
                <w:p w14:paraId="072834EC" w14:textId="77777777" w:rsidR="000D3CEC" w:rsidRDefault="00C64150">
                  <w:pPr>
                    <w:pBdr>
                      <w:bottom w:val="single" w:sz="6" w:space="1" w:color="DADDDD"/>
                    </w:pBdr>
                  </w:pPr>
                  <w:r>
                    <w:rPr>
                      <w:sz w:val="16"/>
                    </w:rPr>
                    <w:t xml:space="preserve"> </w:t>
                  </w:r>
                </w:p>
              </w:tc>
            </w:tr>
          </w:tbl>
          <w:p w14:paraId="3667D167" w14:textId="77777777" w:rsidR="000D3CEC" w:rsidRDefault="000D3CEC"/>
          <w:tbl>
            <w:tblPr>
              <w:tblW w:w="0" w:type="auto"/>
              <w:tblLook w:val="04A0" w:firstRow="1" w:lastRow="0" w:firstColumn="1" w:lastColumn="0" w:noHBand="0" w:noVBand="1"/>
            </w:tblPr>
            <w:tblGrid>
              <w:gridCol w:w="4431"/>
              <w:gridCol w:w="4425"/>
            </w:tblGrid>
            <w:tr w:rsidR="000D3CEC" w14:paraId="67719206" w14:textId="77777777">
              <w:tc>
                <w:tcPr>
                  <w:tcW w:w="4536" w:type="dxa"/>
                  <w:tcBorders>
                    <w:top w:val="nil"/>
                    <w:left w:val="nil"/>
                    <w:bottom w:val="nil"/>
                    <w:right w:val="nil"/>
                  </w:tcBorders>
                </w:tcPr>
                <w:p w14:paraId="47D93249" w14:textId="77777777" w:rsidR="000D3CEC" w:rsidRDefault="00C64150">
                  <w:pPr>
                    <w:spacing w:after="40"/>
                  </w:pPr>
                  <w:r>
                    <w:rPr>
                      <w:rFonts w:ascii="Consolas" w:eastAsia="Consolas" w:hAnsi="Consolas"/>
                      <w:color w:val="8A9196"/>
                      <w:sz w:val="17"/>
                    </w:rPr>
                    <w:t>Country / region</w:t>
                  </w:r>
                </w:p>
                <w:p w14:paraId="726AFA80"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D18F47E" w14:textId="77777777" w:rsidR="000D3CEC" w:rsidRDefault="00C64150">
                  <w:pPr>
                    <w:spacing w:after="40"/>
                  </w:pPr>
                  <w:r>
                    <w:rPr>
                      <w:rFonts w:ascii="Consolas" w:eastAsia="Consolas" w:hAnsi="Consolas"/>
                      <w:color w:val="8A9196"/>
                      <w:sz w:val="17"/>
                    </w:rPr>
                    <w:t>Field of study</w:t>
                  </w:r>
                </w:p>
                <w:p w14:paraId="11684025" w14:textId="77777777" w:rsidR="000D3CEC" w:rsidRDefault="00C64150">
                  <w:pPr>
                    <w:pBdr>
                      <w:bottom w:val="single" w:sz="6" w:space="1" w:color="DADDDD"/>
                    </w:pBdr>
                  </w:pPr>
                  <w:r>
                    <w:rPr>
                      <w:sz w:val="16"/>
                    </w:rPr>
                    <w:t xml:space="preserve"> </w:t>
                  </w:r>
                </w:p>
              </w:tc>
            </w:tr>
          </w:tbl>
          <w:p w14:paraId="0AFBCE12" w14:textId="77777777" w:rsidR="000D3CEC" w:rsidRDefault="000D3CEC"/>
          <w:p w14:paraId="791D2C80" w14:textId="77777777" w:rsidR="000D3CEC" w:rsidRDefault="00C64150">
            <w:pPr>
              <w:spacing w:after="40"/>
            </w:pPr>
            <w:r>
              <w:rPr>
                <w:rFonts w:ascii="Consolas" w:eastAsia="Consolas" w:hAnsi="Consolas"/>
                <w:color w:val="8A9196"/>
                <w:sz w:val="17"/>
              </w:rPr>
              <w:t>Degree</w:t>
            </w:r>
          </w:p>
          <w:p w14:paraId="6F4131E5" w14:textId="77777777" w:rsidR="000D3CEC" w:rsidRDefault="00C64150">
            <w:pPr>
              <w:pBdr>
                <w:bottom w:val="single" w:sz="6" w:space="1" w:color="DADDDD"/>
              </w:pBdr>
            </w:pPr>
            <w:r>
              <w:rPr>
                <w:sz w:val="16"/>
              </w:rPr>
              <w:t xml:space="preserve"> </w:t>
            </w:r>
          </w:p>
        </w:tc>
      </w:tr>
    </w:tbl>
    <w:p w14:paraId="073C8DA8" w14:textId="77777777" w:rsidR="000D3CEC" w:rsidRDefault="000D3CEC">
      <w:pPr>
        <w:spacing w:after="80"/>
      </w:pPr>
    </w:p>
    <w:tbl>
      <w:tblPr>
        <w:tblW w:w="0" w:type="auto"/>
        <w:tblLook w:val="04A0" w:firstRow="1" w:lastRow="0" w:firstColumn="1" w:lastColumn="0" w:noHBand="0" w:noVBand="1"/>
      </w:tblPr>
      <w:tblGrid>
        <w:gridCol w:w="9072"/>
      </w:tblGrid>
      <w:tr w:rsidR="000D3CEC" w14:paraId="04C76B4D"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39130E58" w14:textId="77777777" w:rsidR="000D3CEC" w:rsidRDefault="00C64150">
            <w:pPr>
              <w:spacing w:before="200" w:after="120"/>
            </w:pPr>
            <w:r>
              <w:rPr>
                <w:rFonts w:ascii="Consolas" w:eastAsia="Consolas" w:hAnsi="Consolas"/>
                <w:b/>
                <w:color w:val="8A9196"/>
                <w:sz w:val="18"/>
              </w:rPr>
              <w:t>EDUCATION 2</w:t>
            </w:r>
          </w:p>
          <w:tbl>
            <w:tblPr>
              <w:tblW w:w="0" w:type="auto"/>
              <w:tblLook w:val="04A0" w:firstRow="1" w:lastRow="0" w:firstColumn="1" w:lastColumn="0" w:noHBand="0" w:noVBand="1"/>
            </w:tblPr>
            <w:tblGrid>
              <w:gridCol w:w="4420"/>
              <w:gridCol w:w="4436"/>
            </w:tblGrid>
            <w:tr w:rsidR="000D3CEC" w14:paraId="6F9D194B" w14:textId="77777777">
              <w:tc>
                <w:tcPr>
                  <w:tcW w:w="4536" w:type="dxa"/>
                  <w:tcBorders>
                    <w:top w:val="nil"/>
                    <w:left w:val="nil"/>
                    <w:bottom w:val="nil"/>
                    <w:right w:val="nil"/>
                  </w:tcBorders>
                </w:tcPr>
                <w:p w14:paraId="2B1A152B" w14:textId="77777777" w:rsidR="000D3CEC" w:rsidRDefault="00C64150">
                  <w:pPr>
                    <w:spacing w:after="40"/>
                  </w:pPr>
                  <w:r>
                    <w:rPr>
                      <w:rFonts w:ascii="Consolas" w:eastAsia="Consolas" w:hAnsi="Consolas"/>
                      <w:color w:val="8A9196"/>
                      <w:sz w:val="17"/>
                    </w:rPr>
                    <w:t>Dates</w:t>
                  </w:r>
                </w:p>
                <w:p w14:paraId="22AAEC3D"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12359CEE" w14:textId="77777777" w:rsidR="000D3CEC" w:rsidRDefault="00C64150">
                  <w:pPr>
                    <w:spacing w:after="40"/>
                  </w:pPr>
                  <w:r>
                    <w:rPr>
                      <w:rFonts w:ascii="Consolas" w:eastAsia="Consolas" w:hAnsi="Consolas"/>
                      <w:color w:val="8A9196"/>
                      <w:sz w:val="17"/>
                    </w:rPr>
                    <w:t>Institution</w:t>
                  </w:r>
                </w:p>
                <w:p w14:paraId="2DD215DA" w14:textId="77777777" w:rsidR="000D3CEC" w:rsidRDefault="00C64150">
                  <w:pPr>
                    <w:pBdr>
                      <w:bottom w:val="single" w:sz="6" w:space="1" w:color="DADDDD"/>
                    </w:pBdr>
                  </w:pPr>
                  <w:r>
                    <w:rPr>
                      <w:sz w:val="16"/>
                    </w:rPr>
                    <w:t xml:space="preserve"> </w:t>
                  </w:r>
                </w:p>
              </w:tc>
            </w:tr>
          </w:tbl>
          <w:p w14:paraId="78E04EEC" w14:textId="77777777" w:rsidR="000D3CEC" w:rsidRDefault="000D3CEC"/>
          <w:tbl>
            <w:tblPr>
              <w:tblW w:w="0" w:type="auto"/>
              <w:tblLook w:val="04A0" w:firstRow="1" w:lastRow="0" w:firstColumn="1" w:lastColumn="0" w:noHBand="0" w:noVBand="1"/>
            </w:tblPr>
            <w:tblGrid>
              <w:gridCol w:w="4431"/>
              <w:gridCol w:w="4425"/>
            </w:tblGrid>
            <w:tr w:rsidR="000D3CEC" w14:paraId="7744C511" w14:textId="77777777">
              <w:tc>
                <w:tcPr>
                  <w:tcW w:w="4536" w:type="dxa"/>
                  <w:tcBorders>
                    <w:top w:val="nil"/>
                    <w:left w:val="nil"/>
                    <w:bottom w:val="nil"/>
                    <w:right w:val="nil"/>
                  </w:tcBorders>
                </w:tcPr>
                <w:p w14:paraId="5040BD87" w14:textId="77777777" w:rsidR="000D3CEC" w:rsidRDefault="00C64150">
                  <w:pPr>
                    <w:spacing w:after="40"/>
                  </w:pPr>
                  <w:r>
                    <w:rPr>
                      <w:rFonts w:ascii="Consolas" w:eastAsia="Consolas" w:hAnsi="Consolas"/>
                      <w:color w:val="8A9196"/>
                      <w:sz w:val="17"/>
                    </w:rPr>
                    <w:t>Country / region</w:t>
                  </w:r>
                </w:p>
                <w:p w14:paraId="5EB3BF61"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30C1D630" w14:textId="77777777" w:rsidR="000D3CEC" w:rsidRDefault="00C64150">
                  <w:pPr>
                    <w:spacing w:after="40"/>
                  </w:pPr>
                  <w:r>
                    <w:rPr>
                      <w:rFonts w:ascii="Consolas" w:eastAsia="Consolas" w:hAnsi="Consolas"/>
                      <w:color w:val="8A9196"/>
                      <w:sz w:val="17"/>
                    </w:rPr>
                    <w:t>Field of study</w:t>
                  </w:r>
                </w:p>
                <w:p w14:paraId="1742C323" w14:textId="77777777" w:rsidR="000D3CEC" w:rsidRDefault="00C64150">
                  <w:pPr>
                    <w:pBdr>
                      <w:bottom w:val="single" w:sz="6" w:space="1" w:color="DADDDD"/>
                    </w:pBdr>
                  </w:pPr>
                  <w:r>
                    <w:rPr>
                      <w:sz w:val="16"/>
                    </w:rPr>
                    <w:t xml:space="preserve"> </w:t>
                  </w:r>
                </w:p>
              </w:tc>
            </w:tr>
          </w:tbl>
          <w:p w14:paraId="24491596" w14:textId="77777777" w:rsidR="000D3CEC" w:rsidRDefault="000D3CEC"/>
          <w:p w14:paraId="22CDF170" w14:textId="77777777" w:rsidR="000D3CEC" w:rsidRDefault="00C64150">
            <w:pPr>
              <w:spacing w:after="40"/>
            </w:pPr>
            <w:r>
              <w:rPr>
                <w:rFonts w:ascii="Consolas" w:eastAsia="Consolas" w:hAnsi="Consolas"/>
                <w:color w:val="8A9196"/>
                <w:sz w:val="17"/>
              </w:rPr>
              <w:t>Degree</w:t>
            </w:r>
          </w:p>
          <w:p w14:paraId="51B41646" w14:textId="77777777" w:rsidR="000D3CEC" w:rsidRDefault="00C64150">
            <w:pPr>
              <w:pBdr>
                <w:bottom w:val="single" w:sz="6" w:space="1" w:color="DADDDD"/>
              </w:pBdr>
            </w:pPr>
            <w:r>
              <w:rPr>
                <w:sz w:val="16"/>
              </w:rPr>
              <w:t xml:space="preserve"> </w:t>
            </w:r>
          </w:p>
        </w:tc>
      </w:tr>
    </w:tbl>
    <w:p w14:paraId="716C23B7" w14:textId="77777777" w:rsidR="000D3CEC" w:rsidRDefault="000D3CEC">
      <w:pPr>
        <w:spacing w:after="80"/>
      </w:pPr>
    </w:p>
    <w:tbl>
      <w:tblPr>
        <w:tblW w:w="0" w:type="auto"/>
        <w:tblLook w:val="04A0" w:firstRow="1" w:lastRow="0" w:firstColumn="1" w:lastColumn="0" w:noHBand="0" w:noVBand="1"/>
      </w:tblPr>
      <w:tblGrid>
        <w:gridCol w:w="9072"/>
      </w:tblGrid>
      <w:tr w:rsidR="000D3CEC" w14:paraId="7D3F0EA0"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5CA30CE7" w14:textId="77777777" w:rsidR="000D3CEC" w:rsidRDefault="00C64150">
            <w:pPr>
              <w:spacing w:before="200" w:after="120"/>
            </w:pPr>
            <w:r>
              <w:rPr>
                <w:rFonts w:ascii="Consolas" w:eastAsia="Consolas" w:hAnsi="Consolas"/>
                <w:b/>
                <w:color w:val="8A9196"/>
                <w:sz w:val="18"/>
              </w:rPr>
              <w:lastRenderedPageBreak/>
              <w:t>EDUCATION 3</w:t>
            </w:r>
          </w:p>
          <w:tbl>
            <w:tblPr>
              <w:tblW w:w="0" w:type="auto"/>
              <w:tblLook w:val="04A0" w:firstRow="1" w:lastRow="0" w:firstColumn="1" w:lastColumn="0" w:noHBand="0" w:noVBand="1"/>
            </w:tblPr>
            <w:tblGrid>
              <w:gridCol w:w="4420"/>
              <w:gridCol w:w="4436"/>
            </w:tblGrid>
            <w:tr w:rsidR="000D3CEC" w14:paraId="0848B99D" w14:textId="77777777">
              <w:tc>
                <w:tcPr>
                  <w:tcW w:w="4536" w:type="dxa"/>
                  <w:tcBorders>
                    <w:top w:val="nil"/>
                    <w:left w:val="nil"/>
                    <w:bottom w:val="nil"/>
                    <w:right w:val="nil"/>
                  </w:tcBorders>
                </w:tcPr>
                <w:p w14:paraId="7632E9A2" w14:textId="77777777" w:rsidR="000D3CEC" w:rsidRDefault="00C64150">
                  <w:pPr>
                    <w:spacing w:after="40"/>
                  </w:pPr>
                  <w:r>
                    <w:rPr>
                      <w:rFonts w:ascii="Consolas" w:eastAsia="Consolas" w:hAnsi="Consolas"/>
                      <w:color w:val="8A9196"/>
                      <w:sz w:val="17"/>
                    </w:rPr>
                    <w:t>Dates</w:t>
                  </w:r>
                </w:p>
                <w:p w14:paraId="1A39E563"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3A21D26B" w14:textId="77777777" w:rsidR="000D3CEC" w:rsidRDefault="00C64150">
                  <w:pPr>
                    <w:spacing w:after="40"/>
                  </w:pPr>
                  <w:r>
                    <w:rPr>
                      <w:rFonts w:ascii="Consolas" w:eastAsia="Consolas" w:hAnsi="Consolas"/>
                      <w:color w:val="8A9196"/>
                      <w:sz w:val="17"/>
                    </w:rPr>
                    <w:t>Institution</w:t>
                  </w:r>
                </w:p>
                <w:p w14:paraId="3E922957" w14:textId="77777777" w:rsidR="000D3CEC" w:rsidRDefault="00C64150">
                  <w:pPr>
                    <w:pBdr>
                      <w:bottom w:val="single" w:sz="6" w:space="1" w:color="DADDDD"/>
                    </w:pBdr>
                  </w:pPr>
                  <w:r>
                    <w:rPr>
                      <w:sz w:val="16"/>
                    </w:rPr>
                    <w:t xml:space="preserve"> </w:t>
                  </w:r>
                </w:p>
              </w:tc>
            </w:tr>
          </w:tbl>
          <w:p w14:paraId="690568B1" w14:textId="77777777" w:rsidR="000D3CEC" w:rsidRDefault="000D3CEC"/>
          <w:tbl>
            <w:tblPr>
              <w:tblW w:w="0" w:type="auto"/>
              <w:tblLook w:val="04A0" w:firstRow="1" w:lastRow="0" w:firstColumn="1" w:lastColumn="0" w:noHBand="0" w:noVBand="1"/>
            </w:tblPr>
            <w:tblGrid>
              <w:gridCol w:w="4431"/>
              <w:gridCol w:w="4425"/>
            </w:tblGrid>
            <w:tr w:rsidR="000D3CEC" w14:paraId="66F89CCC" w14:textId="77777777">
              <w:tc>
                <w:tcPr>
                  <w:tcW w:w="4536" w:type="dxa"/>
                  <w:tcBorders>
                    <w:top w:val="nil"/>
                    <w:left w:val="nil"/>
                    <w:bottom w:val="nil"/>
                    <w:right w:val="nil"/>
                  </w:tcBorders>
                </w:tcPr>
                <w:p w14:paraId="0F8E3209" w14:textId="77777777" w:rsidR="000D3CEC" w:rsidRDefault="00C64150">
                  <w:pPr>
                    <w:spacing w:after="40"/>
                  </w:pPr>
                  <w:r>
                    <w:rPr>
                      <w:rFonts w:ascii="Consolas" w:eastAsia="Consolas" w:hAnsi="Consolas"/>
                      <w:color w:val="8A9196"/>
                      <w:sz w:val="17"/>
                    </w:rPr>
                    <w:t>Country / region</w:t>
                  </w:r>
                </w:p>
                <w:p w14:paraId="5D222DAD"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33F3EB6" w14:textId="77777777" w:rsidR="000D3CEC" w:rsidRDefault="00C64150">
                  <w:pPr>
                    <w:spacing w:after="40"/>
                  </w:pPr>
                  <w:r>
                    <w:rPr>
                      <w:rFonts w:ascii="Consolas" w:eastAsia="Consolas" w:hAnsi="Consolas"/>
                      <w:color w:val="8A9196"/>
                      <w:sz w:val="17"/>
                    </w:rPr>
                    <w:t>Field of study</w:t>
                  </w:r>
                </w:p>
                <w:p w14:paraId="2C557F12" w14:textId="77777777" w:rsidR="000D3CEC" w:rsidRDefault="00C64150">
                  <w:pPr>
                    <w:pBdr>
                      <w:bottom w:val="single" w:sz="6" w:space="1" w:color="DADDDD"/>
                    </w:pBdr>
                  </w:pPr>
                  <w:r>
                    <w:rPr>
                      <w:sz w:val="16"/>
                    </w:rPr>
                    <w:t xml:space="preserve"> </w:t>
                  </w:r>
                </w:p>
              </w:tc>
            </w:tr>
          </w:tbl>
          <w:p w14:paraId="6AA424FC" w14:textId="77777777" w:rsidR="000D3CEC" w:rsidRDefault="000D3CEC"/>
          <w:p w14:paraId="362BC073" w14:textId="77777777" w:rsidR="000D3CEC" w:rsidRDefault="00C64150">
            <w:pPr>
              <w:spacing w:after="40"/>
            </w:pPr>
            <w:r>
              <w:rPr>
                <w:rFonts w:ascii="Consolas" w:eastAsia="Consolas" w:hAnsi="Consolas"/>
                <w:color w:val="8A9196"/>
                <w:sz w:val="17"/>
              </w:rPr>
              <w:t>Degree</w:t>
            </w:r>
          </w:p>
          <w:p w14:paraId="4782BAA4" w14:textId="77777777" w:rsidR="000D3CEC" w:rsidRDefault="00C64150">
            <w:pPr>
              <w:pBdr>
                <w:bottom w:val="single" w:sz="6" w:space="1" w:color="DADDDD"/>
              </w:pBdr>
            </w:pPr>
            <w:r>
              <w:rPr>
                <w:sz w:val="16"/>
              </w:rPr>
              <w:t xml:space="preserve"> </w:t>
            </w:r>
          </w:p>
        </w:tc>
      </w:tr>
    </w:tbl>
    <w:p w14:paraId="77210349" w14:textId="77777777" w:rsidR="000D3CEC" w:rsidRDefault="000D3CEC">
      <w:pPr>
        <w:spacing w:after="80"/>
      </w:pPr>
    </w:p>
    <w:p w14:paraId="48880EC4" w14:textId="77777777" w:rsidR="000D3CEC" w:rsidRDefault="00C64150">
      <w:r>
        <w:br w:type="page"/>
      </w:r>
    </w:p>
    <w:p w14:paraId="26AB49CD" w14:textId="77777777" w:rsidR="000D3CEC" w:rsidRDefault="00C64150">
      <w:pPr>
        <w:spacing w:before="80" w:after="40"/>
      </w:pPr>
      <w:r>
        <w:rPr>
          <w:rFonts w:ascii="Consolas" w:eastAsia="Consolas" w:hAnsi="Consolas"/>
          <w:color w:val="8A9196"/>
          <w:sz w:val="20"/>
        </w:rPr>
        <w:lastRenderedPageBreak/>
        <w:t>PART FIVE</w:t>
      </w:r>
    </w:p>
    <w:p w14:paraId="143AF3B9" w14:textId="77777777" w:rsidR="000D3CEC" w:rsidRDefault="00C64150">
      <w:pPr>
        <w:spacing w:after="80"/>
      </w:pPr>
      <w:r>
        <w:rPr>
          <w:rFonts w:ascii="Georgia" w:eastAsia="Georgia" w:hAnsi="Georgia"/>
          <w:b/>
          <w:color w:val="1F2326"/>
          <w:sz w:val="38"/>
        </w:rPr>
        <w:t>5. Employment &amp; Academic Appointments</w:t>
      </w:r>
    </w:p>
    <w:p w14:paraId="34A4C72A" w14:textId="77777777" w:rsidR="000D3CEC" w:rsidRDefault="000D3CEC">
      <w:pPr>
        <w:pBdr>
          <w:bottom w:val="single" w:sz="10" w:space="1" w:color="1F2326"/>
        </w:pBdr>
        <w:spacing w:after="280"/>
      </w:pPr>
    </w:p>
    <w:tbl>
      <w:tblPr>
        <w:tblW w:w="0" w:type="auto"/>
        <w:tblLook w:val="04A0" w:firstRow="1" w:lastRow="0" w:firstColumn="1" w:lastColumn="0" w:noHBand="0" w:noVBand="1"/>
      </w:tblPr>
      <w:tblGrid>
        <w:gridCol w:w="9072"/>
      </w:tblGrid>
      <w:tr w:rsidR="000D3CEC" w14:paraId="6B563020"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3079709F" w14:textId="77777777" w:rsidR="000D3CEC" w:rsidRDefault="00C64150">
            <w:pPr>
              <w:spacing w:before="200" w:after="120"/>
            </w:pPr>
            <w:r>
              <w:rPr>
                <w:rFonts w:ascii="Consolas" w:eastAsia="Consolas" w:hAnsi="Consolas"/>
                <w:b/>
                <w:color w:val="8A9196"/>
                <w:sz w:val="18"/>
              </w:rPr>
              <w:t>POSITION 1</w:t>
            </w:r>
          </w:p>
          <w:tbl>
            <w:tblPr>
              <w:tblW w:w="0" w:type="auto"/>
              <w:tblLook w:val="04A0" w:firstRow="1" w:lastRow="0" w:firstColumn="1" w:lastColumn="0" w:noHBand="0" w:noVBand="1"/>
            </w:tblPr>
            <w:tblGrid>
              <w:gridCol w:w="4418"/>
              <w:gridCol w:w="4438"/>
            </w:tblGrid>
            <w:tr w:rsidR="000D3CEC" w14:paraId="70E4EC7E" w14:textId="77777777">
              <w:tc>
                <w:tcPr>
                  <w:tcW w:w="4536" w:type="dxa"/>
                  <w:tcBorders>
                    <w:top w:val="nil"/>
                    <w:left w:val="nil"/>
                    <w:bottom w:val="nil"/>
                    <w:right w:val="nil"/>
                  </w:tcBorders>
                </w:tcPr>
                <w:p w14:paraId="3DE25FD9" w14:textId="77777777" w:rsidR="000D3CEC" w:rsidRDefault="00C64150">
                  <w:pPr>
                    <w:spacing w:after="40"/>
                  </w:pPr>
                  <w:r>
                    <w:rPr>
                      <w:rFonts w:ascii="Consolas" w:eastAsia="Consolas" w:hAnsi="Consolas"/>
                      <w:color w:val="8A9196"/>
                      <w:sz w:val="17"/>
                    </w:rPr>
                    <w:t>Dates</w:t>
                  </w:r>
                </w:p>
                <w:p w14:paraId="3083EABD"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4FD12582" w14:textId="77777777" w:rsidR="000D3CEC" w:rsidRDefault="00C64150">
                  <w:pPr>
                    <w:spacing w:after="40"/>
                  </w:pPr>
                  <w:r>
                    <w:rPr>
                      <w:rFonts w:ascii="Consolas" w:eastAsia="Consolas" w:hAnsi="Consolas"/>
                      <w:color w:val="8A9196"/>
                      <w:sz w:val="17"/>
                    </w:rPr>
                    <w:t>Organization</w:t>
                  </w:r>
                </w:p>
                <w:p w14:paraId="2598C5B1" w14:textId="77777777" w:rsidR="000D3CEC" w:rsidRDefault="00C64150">
                  <w:pPr>
                    <w:pBdr>
                      <w:bottom w:val="single" w:sz="6" w:space="1" w:color="DADDDD"/>
                    </w:pBdr>
                  </w:pPr>
                  <w:r>
                    <w:rPr>
                      <w:sz w:val="16"/>
                    </w:rPr>
                    <w:t xml:space="preserve"> </w:t>
                  </w:r>
                </w:p>
              </w:tc>
            </w:tr>
          </w:tbl>
          <w:p w14:paraId="19518BC5" w14:textId="77777777" w:rsidR="000D3CEC" w:rsidRDefault="000D3CEC"/>
          <w:p w14:paraId="686BD0EB" w14:textId="77777777" w:rsidR="000D3CEC" w:rsidRDefault="00C64150">
            <w:pPr>
              <w:spacing w:after="40"/>
            </w:pPr>
            <w:r>
              <w:rPr>
                <w:rFonts w:ascii="Consolas" w:eastAsia="Consolas" w:hAnsi="Consolas"/>
                <w:color w:val="8A9196"/>
                <w:sz w:val="17"/>
              </w:rPr>
              <w:t>Role / title</w:t>
            </w:r>
          </w:p>
          <w:p w14:paraId="0B3AA4BC" w14:textId="77777777" w:rsidR="000D3CEC" w:rsidRDefault="00C64150">
            <w:pPr>
              <w:pBdr>
                <w:bottom w:val="single" w:sz="6" w:space="1" w:color="DADDDD"/>
              </w:pBdr>
              <w:spacing w:after="160"/>
            </w:pPr>
            <w:r>
              <w:rPr>
                <w:sz w:val="16"/>
              </w:rPr>
              <w:t xml:space="preserve"> </w:t>
            </w:r>
          </w:p>
          <w:p w14:paraId="63CE8035" w14:textId="77777777" w:rsidR="000D3CEC" w:rsidRDefault="00C64150">
            <w:pPr>
              <w:spacing w:after="80"/>
            </w:pPr>
            <w:r>
              <w:rPr>
                <w:color w:val="5C6368"/>
                <w:sz w:val="19"/>
              </w:rPr>
              <w:t>Main responsibilities or academic work:</w:t>
            </w:r>
          </w:p>
          <w:p w14:paraId="04196F23" w14:textId="77777777" w:rsidR="000D3CEC" w:rsidRDefault="00C64150">
            <w:pPr>
              <w:pBdr>
                <w:bottom w:val="single" w:sz="6" w:space="1" w:color="DADDDD"/>
              </w:pBdr>
              <w:spacing w:after="160"/>
            </w:pPr>
            <w:r>
              <w:rPr>
                <w:sz w:val="16"/>
              </w:rPr>
              <w:t xml:space="preserve"> </w:t>
            </w:r>
          </w:p>
          <w:p w14:paraId="5EC94B2F" w14:textId="77777777" w:rsidR="000D3CEC" w:rsidRDefault="00C64150">
            <w:pPr>
              <w:pBdr>
                <w:bottom w:val="single" w:sz="6" w:space="1" w:color="DADDDD"/>
              </w:pBdr>
            </w:pPr>
            <w:r>
              <w:rPr>
                <w:sz w:val="16"/>
              </w:rPr>
              <w:t xml:space="preserve"> </w:t>
            </w:r>
          </w:p>
        </w:tc>
      </w:tr>
    </w:tbl>
    <w:p w14:paraId="64812499" w14:textId="77777777" w:rsidR="000D3CEC" w:rsidRDefault="000D3CEC">
      <w:pPr>
        <w:spacing w:after="80"/>
      </w:pPr>
    </w:p>
    <w:tbl>
      <w:tblPr>
        <w:tblW w:w="0" w:type="auto"/>
        <w:tblLook w:val="04A0" w:firstRow="1" w:lastRow="0" w:firstColumn="1" w:lastColumn="0" w:noHBand="0" w:noVBand="1"/>
      </w:tblPr>
      <w:tblGrid>
        <w:gridCol w:w="9072"/>
      </w:tblGrid>
      <w:tr w:rsidR="000D3CEC" w14:paraId="54370BA2"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4965EDDA" w14:textId="77777777" w:rsidR="000D3CEC" w:rsidRDefault="00C64150">
            <w:pPr>
              <w:spacing w:before="200" w:after="120"/>
            </w:pPr>
            <w:r>
              <w:rPr>
                <w:rFonts w:ascii="Consolas" w:eastAsia="Consolas" w:hAnsi="Consolas"/>
                <w:b/>
                <w:color w:val="8A9196"/>
                <w:sz w:val="18"/>
              </w:rPr>
              <w:t>POSITION 2</w:t>
            </w:r>
          </w:p>
          <w:tbl>
            <w:tblPr>
              <w:tblW w:w="0" w:type="auto"/>
              <w:tblLook w:val="04A0" w:firstRow="1" w:lastRow="0" w:firstColumn="1" w:lastColumn="0" w:noHBand="0" w:noVBand="1"/>
            </w:tblPr>
            <w:tblGrid>
              <w:gridCol w:w="4418"/>
              <w:gridCol w:w="4438"/>
            </w:tblGrid>
            <w:tr w:rsidR="000D3CEC" w14:paraId="3F7D72CA" w14:textId="77777777">
              <w:tc>
                <w:tcPr>
                  <w:tcW w:w="4536" w:type="dxa"/>
                  <w:tcBorders>
                    <w:top w:val="nil"/>
                    <w:left w:val="nil"/>
                    <w:bottom w:val="nil"/>
                    <w:right w:val="nil"/>
                  </w:tcBorders>
                </w:tcPr>
                <w:p w14:paraId="6662B017" w14:textId="77777777" w:rsidR="000D3CEC" w:rsidRDefault="00C64150">
                  <w:pPr>
                    <w:spacing w:after="40"/>
                  </w:pPr>
                  <w:r>
                    <w:rPr>
                      <w:rFonts w:ascii="Consolas" w:eastAsia="Consolas" w:hAnsi="Consolas"/>
                      <w:color w:val="8A9196"/>
                      <w:sz w:val="17"/>
                    </w:rPr>
                    <w:t>Dates</w:t>
                  </w:r>
                </w:p>
                <w:p w14:paraId="730A51C5"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6DEFF696" w14:textId="77777777" w:rsidR="000D3CEC" w:rsidRDefault="00C64150">
                  <w:pPr>
                    <w:spacing w:after="40"/>
                  </w:pPr>
                  <w:r>
                    <w:rPr>
                      <w:rFonts w:ascii="Consolas" w:eastAsia="Consolas" w:hAnsi="Consolas"/>
                      <w:color w:val="8A9196"/>
                      <w:sz w:val="17"/>
                    </w:rPr>
                    <w:t>Organization</w:t>
                  </w:r>
                </w:p>
                <w:p w14:paraId="29D3DACB" w14:textId="77777777" w:rsidR="000D3CEC" w:rsidRDefault="00C64150">
                  <w:pPr>
                    <w:pBdr>
                      <w:bottom w:val="single" w:sz="6" w:space="1" w:color="DADDDD"/>
                    </w:pBdr>
                  </w:pPr>
                  <w:r>
                    <w:rPr>
                      <w:sz w:val="16"/>
                    </w:rPr>
                    <w:t xml:space="preserve"> </w:t>
                  </w:r>
                </w:p>
              </w:tc>
            </w:tr>
          </w:tbl>
          <w:p w14:paraId="4AA98F71" w14:textId="77777777" w:rsidR="000D3CEC" w:rsidRDefault="000D3CEC"/>
          <w:p w14:paraId="65F0B6A5" w14:textId="77777777" w:rsidR="000D3CEC" w:rsidRDefault="00C64150">
            <w:pPr>
              <w:spacing w:after="40"/>
            </w:pPr>
            <w:r>
              <w:rPr>
                <w:rFonts w:ascii="Consolas" w:eastAsia="Consolas" w:hAnsi="Consolas"/>
                <w:color w:val="8A9196"/>
                <w:sz w:val="17"/>
              </w:rPr>
              <w:t>Role / title</w:t>
            </w:r>
          </w:p>
          <w:p w14:paraId="5E9BB48D" w14:textId="77777777" w:rsidR="000D3CEC" w:rsidRDefault="00C64150">
            <w:pPr>
              <w:pBdr>
                <w:bottom w:val="single" w:sz="6" w:space="1" w:color="DADDDD"/>
              </w:pBdr>
              <w:spacing w:after="160"/>
            </w:pPr>
            <w:r>
              <w:rPr>
                <w:sz w:val="16"/>
              </w:rPr>
              <w:t xml:space="preserve"> </w:t>
            </w:r>
          </w:p>
          <w:p w14:paraId="166A728C" w14:textId="77777777" w:rsidR="000D3CEC" w:rsidRDefault="00C64150">
            <w:pPr>
              <w:spacing w:after="80"/>
            </w:pPr>
            <w:r>
              <w:rPr>
                <w:color w:val="5C6368"/>
                <w:sz w:val="19"/>
              </w:rPr>
              <w:t>Main responsibilities or academic work:</w:t>
            </w:r>
          </w:p>
          <w:p w14:paraId="0CB918DD" w14:textId="77777777" w:rsidR="000D3CEC" w:rsidRDefault="00C64150">
            <w:pPr>
              <w:pBdr>
                <w:bottom w:val="single" w:sz="6" w:space="1" w:color="DADDDD"/>
              </w:pBdr>
              <w:spacing w:after="160"/>
            </w:pPr>
            <w:r>
              <w:rPr>
                <w:sz w:val="16"/>
              </w:rPr>
              <w:t xml:space="preserve"> </w:t>
            </w:r>
          </w:p>
          <w:p w14:paraId="33FB8C03" w14:textId="77777777" w:rsidR="000D3CEC" w:rsidRDefault="00C64150">
            <w:pPr>
              <w:pBdr>
                <w:bottom w:val="single" w:sz="6" w:space="1" w:color="DADDDD"/>
              </w:pBdr>
            </w:pPr>
            <w:r>
              <w:rPr>
                <w:sz w:val="16"/>
              </w:rPr>
              <w:t xml:space="preserve"> </w:t>
            </w:r>
          </w:p>
        </w:tc>
      </w:tr>
    </w:tbl>
    <w:p w14:paraId="5EC616B3" w14:textId="77777777" w:rsidR="000D3CEC" w:rsidRDefault="000D3CEC">
      <w:pPr>
        <w:spacing w:after="80"/>
      </w:pPr>
    </w:p>
    <w:tbl>
      <w:tblPr>
        <w:tblW w:w="0" w:type="auto"/>
        <w:tblLook w:val="04A0" w:firstRow="1" w:lastRow="0" w:firstColumn="1" w:lastColumn="0" w:noHBand="0" w:noVBand="1"/>
      </w:tblPr>
      <w:tblGrid>
        <w:gridCol w:w="9072"/>
      </w:tblGrid>
      <w:tr w:rsidR="000D3CEC" w14:paraId="2F691525"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7061AA7D" w14:textId="77777777" w:rsidR="000D3CEC" w:rsidRDefault="00C64150">
            <w:pPr>
              <w:spacing w:before="200" w:after="120"/>
            </w:pPr>
            <w:r>
              <w:rPr>
                <w:rFonts w:ascii="Consolas" w:eastAsia="Consolas" w:hAnsi="Consolas"/>
                <w:b/>
                <w:color w:val="8A9196"/>
                <w:sz w:val="18"/>
              </w:rPr>
              <w:lastRenderedPageBreak/>
              <w:t>POSITION 3</w:t>
            </w:r>
          </w:p>
          <w:tbl>
            <w:tblPr>
              <w:tblW w:w="0" w:type="auto"/>
              <w:tblLook w:val="04A0" w:firstRow="1" w:lastRow="0" w:firstColumn="1" w:lastColumn="0" w:noHBand="0" w:noVBand="1"/>
            </w:tblPr>
            <w:tblGrid>
              <w:gridCol w:w="4418"/>
              <w:gridCol w:w="4438"/>
            </w:tblGrid>
            <w:tr w:rsidR="000D3CEC" w14:paraId="29B99818" w14:textId="77777777">
              <w:tc>
                <w:tcPr>
                  <w:tcW w:w="4536" w:type="dxa"/>
                  <w:tcBorders>
                    <w:top w:val="nil"/>
                    <w:left w:val="nil"/>
                    <w:bottom w:val="nil"/>
                    <w:right w:val="nil"/>
                  </w:tcBorders>
                </w:tcPr>
                <w:p w14:paraId="6DD678F7" w14:textId="77777777" w:rsidR="000D3CEC" w:rsidRDefault="00C64150">
                  <w:pPr>
                    <w:spacing w:after="40"/>
                  </w:pPr>
                  <w:r>
                    <w:rPr>
                      <w:rFonts w:ascii="Consolas" w:eastAsia="Consolas" w:hAnsi="Consolas"/>
                      <w:color w:val="8A9196"/>
                      <w:sz w:val="17"/>
                    </w:rPr>
                    <w:t>Dates</w:t>
                  </w:r>
                </w:p>
                <w:p w14:paraId="57EB89CD"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21250DF" w14:textId="77777777" w:rsidR="000D3CEC" w:rsidRDefault="00C64150">
                  <w:pPr>
                    <w:spacing w:after="40"/>
                  </w:pPr>
                  <w:r>
                    <w:rPr>
                      <w:rFonts w:ascii="Consolas" w:eastAsia="Consolas" w:hAnsi="Consolas"/>
                      <w:color w:val="8A9196"/>
                      <w:sz w:val="17"/>
                    </w:rPr>
                    <w:t>Organization</w:t>
                  </w:r>
                </w:p>
                <w:p w14:paraId="13B534DC" w14:textId="77777777" w:rsidR="000D3CEC" w:rsidRDefault="00C64150">
                  <w:pPr>
                    <w:pBdr>
                      <w:bottom w:val="single" w:sz="6" w:space="1" w:color="DADDDD"/>
                    </w:pBdr>
                  </w:pPr>
                  <w:r>
                    <w:rPr>
                      <w:sz w:val="16"/>
                    </w:rPr>
                    <w:t xml:space="preserve"> </w:t>
                  </w:r>
                </w:p>
              </w:tc>
            </w:tr>
          </w:tbl>
          <w:p w14:paraId="500C95BA" w14:textId="77777777" w:rsidR="000D3CEC" w:rsidRDefault="000D3CEC"/>
          <w:p w14:paraId="0DD8E594" w14:textId="77777777" w:rsidR="000D3CEC" w:rsidRDefault="00C64150">
            <w:pPr>
              <w:spacing w:after="40"/>
            </w:pPr>
            <w:r>
              <w:rPr>
                <w:rFonts w:ascii="Consolas" w:eastAsia="Consolas" w:hAnsi="Consolas"/>
                <w:color w:val="8A9196"/>
                <w:sz w:val="17"/>
              </w:rPr>
              <w:t>Role / title</w:t>
            </w:r>
          </w:p>
          <w:p w14:paraId="54EC0C8C" w14:textId="77777777" w:rsidR="000D3CEC" w:rsidRDefault="00C64150">
            <w:pPr>
              <w:pBdr>
                <w:bottom w:val="single" w:sz="6" w:space="1" w:color="DADDDD"/>
              </w:pBdr>
              <w:spacing w:after="160"/>
            </w:pPr>
            <w:r>
              <w:rPr>
                <w:sz w:val="16"/>
              </w:rPr>
              <w:t xml:space="preserve"> </w:t>
            </w:r>
          </w:p>
          <w:p w14:paraId="7EAA3005" w14:textId="77777777" w:rsidR="000D3CEC" w:rsidRDefault="00C64150">
            <w:pPr>
              <w:spacing w:after="80"/>
            </w:pPr>
            <w:r>
              <w:rPr>
                <w:color w:val="5C6368"/>
                <w:sz w:val="19"/>
              </w:rPr>
              <w:t>Main responsibilities or academic work:</w:t>
            </w:r>
          </w:p>
          <w:p w14:paraId="620135DD" w14:textId="77777777" w:rsidR="000D3CEC" w:rsidRDefault="00C64150">
            <w:pPr>
              <w:pBdr>
                <w:bottom w:val="single" w:sz="6" w:space="1" w:color="DADDDD"/>
              </w:pBdr>
              <w:spacing w:after="160"/>
            </w:pPr>
            <w:r>
              <w:rPr>
                <w:sz w:val="16"/>
              </w:rPr>
              <w:t xml:space="preserve"> </w:t>
            </w:r>
          </w:p>
          <w:p w14:paraId="637C3779" w14:textId="77777777" w:rsidR="000D3CEC" w:rsidRDefault="00C64150">
            <w:pPr>
              <w:pBdr>
                <w:bottom w:val="single" w:sz="6" w:space="1" w:color="DADDDD"/>
              </w:pBdr>
            </w:pPr>
            <w:r>
              <w:rPr>
                <w:sz w:val="16"/>
              </w:rPr>
              <w:t xml:space="preserve"> </w:t>
            </w:r>
          </w:p>
        </w:tc>
      </w:tr>
    </w:tbl>
    <w:p w14:paraId="6D5CED67" w14:textId="77777777" w:rsidR="000D3CEC" w:rsidRDefault="000D3CEC">
      <w:pPr>
        <w:spacing w:after="80"/>
      </w:pPr>
    </w:p>
    <w:p w14:paraId="210C74C4" w14:textId="77777777" w:rsidR="000D3CEC" w:rsidRDefault="00C64150">
      <w:r>
        <w:br w:type="page"/>
      </w:r>
    </w:p>
    <w:p w14:paraId="75E84FDA" w14:textId="77777777" w:rsidR="000D3CEC" w:rsidRDefault="00C64150">
      <w:pPr>
        <w:spacing w:before="80" w:after="40"/>
      </w:pPr>
      <w:r>
        <w:rPr>
          <w:rFonts w:ascii="Consolas" w:eastAsia="Consolas" w:hAnsi="Consolas"/>
          <w:color w:val="8A9196"/>
          <w:sz w:val="20"/>
        </w:rPr>
        <w:lastRenderedPageBreak/>
        <w:t>PART SIX</w:t>
      </w:r>
    </w:p>
    <w:p w14:paraId="6C4C576D" w14:textId="77777777" w:rsidR="000D3CEC" w:rsidRDefault="00C64150">
      <w:pPr>
        <w:spacing w:after="80"/>
      </w:pPr>
      <w:r>
        <w:rPr>
          <w:rFonts w:ascii="Georgia" w:eastAsia="Georgia" w:hAnsi="Georgia"/>
          <w:b/>
          <w:color w:val="1F2326"/>
          <w:sz w:val="38"/>
        </w:rPr>
        <w:t>6. Proposed Research Direction</w:t>
      </w:r>
    </w:p>
    <w:p w14:paraId="47C2ECE7" w14:textId="77777777" w:rsidR="000D3CEC" w:rsidRDefault="000D3CEC">
      <w:pPr>
        <w:pBdr>
          <w:bottom w:val="single" w:sz="10" w:space="1" w:color="1F2326"/>
        </w:pBdr>
        <w:spacing w:after="280"/>
      </w:pPr>
    </w:p>
    <w:p w14:paraId="1C0740F2" w14:textId="77777777" w:rsidR="000D3CEC" w:rsidRDefault="00C64150">
      <w:pPr>
        <w:spacing w:before="200" w:after="40"/>
      </w:pPr>
      <w:r>
        <w:rPr>
          <w:b/>
          <w:color w:val="1F2326"/>
          <w:sz w:val="24"/>
        </w:rPr>
        <w:t>Research area or center you wish to join</w:t>
      </w:r>
    </w:p>
    <w:tbl>
      <w:tblPr>
        <w:tblW w:w="0" w:type="auto"/>
        <w:tblLook w:val="04A0" w:firstRow="1" w:lastRow="0" w:firstColumn="1" w:lastColumn="0" w:noHBand="0" w:noVBand="1"/>
      </w:tblPr>
      <w:tblGrid>
        <w:gridCol w:w="4536"/>
        <w:gridCol w:w="4536"/>
      </w:tblGrid>
      <w:tr w:rsidR="000D3CEC" w14:paraId="081DF214" w14:textId="77777777">
        <w:tc>
          <w:tcPr>
            <w:tcW w:w="4536" w:type="dxa"/>
            <w:tcBorders>
              <w:top w:val="nil"/>
              <w:left w:val="nil"/>
              <w:bottom w:val="nil"/>
              <w:right w:val="nil"/>
            </w:tcBorders>
          </w:tcPr>
          <w:p w14:paraId="5D535463" w14:textId="77777777" w:rsidR="000D3CEC" w:rsidRDefault="00C64150">
            <w:pPr>
              <w:spacing w:after="120"/>
            </w:pPr>
            <w:r>
              <w:rPr>
                <w:color w:val="5C6368"/>
                <w:sz w:val="20"/>
              </w:rPr>
              <w:t>☐</w:t>
            </w:r>
            <w:r>
              <w:rPr>
                <w:color w:val="5C6368"/>
                <w:sz w:val="20"/>
              </w:rPr>
              <w:t xml:space="preserve">  Scholarly Publishing Studies</w:t>
            </w:r>
          </w:p>
        </w:tc>
        <w:tc>
          <w:tcPr>
            <w:tcW w:w="4536" w:type="dxa"/>
            <w:tcBorders>
              <w:top w:val="nil"/>
              <w:left w:val="nil"/>
              <w:bottom w:val="nil"/>
              <w:right w:val="nil"/>
            </w:tcBorders>
          </w:tcPr>
          <w:p w14:paraId="60D936F3" w14:textId="77777777" w:rsidR="000D3CEC" w:rsidRDefault="00C64150">
            <w:pPr>
              <w:spacing w:after="120"/>
            </w:pPr>
            <w:r>
              <w:rPr>
                <w:color w:val="5C6368"/>
                <w:sz w:val="20"/>
              </w:rPr>
              <w:t>☐</w:t>
            </w:r>
            <w:r>
              <w:rPr>
                <w:color w:val="5C6368"/>
                <w:sz w:val="20"/>
              </w:rPr>
              <w:t xml:space="preserve">  Journal Indexing &amp; Evaluation</w:t>
            </w:r>
          </w:p>
        </w:tc>
      </w:tr>
      <w:tr w:rsidR="000D3CEC" w14:paraId="5CA2D186" w14:textId="77777777">
        <w:tc>
          <w:tcPr>
            <w:tcW w:w="4536" w:type="dxa"/>
            <w:tcBorders>
              <w:top w:val="nil"/>
              <w:left w:val="nil"/>
              <w:bottom w:val="nil"/>
              <w:right w:val="nil"/>
            </w:tcBorders>
          </w:tcPr>
          <w:p w14:paraId="7FDCAF05" w14:textId="77777777" w:rsidR="000D3CEC" w:rsidRDefault="00C64150">
            <w:pPr>
              <w:spacing w:after="120"/>
            </w:pPr>
            <w:r>
              <w:rPr>
                <w:color w:val="5C6368"/>
                <w:sz w:val="20"/>
              </w:rPr>
              <w:t>☐</w:t>
            </w:r>
            <w:r>
              <w:rPr>
                <w:color w:val="5C6368"/>
                <w:sz w:val="20"/>
              </w:rPr>
              <w:t xml:space="preserve">  Public Policy &amp; Social Research</w:t>
            </w:r>
          </w:p>
        </w:tc>
        <w:tc>
          <w:tcPr>
            <w:tcW w:w="4536" w:type="dxa"/>
            <w:tcBorders>
              <w:top w:val="nil"/>
              <w:left w:val="nil"/>
              <w:bottom w:val="nil"/>
              <w:right w:val="nil"/>
            </w:tcBorders>
          </w:tcPr>
          <w:p w14:paraId="50335724" w14:textId="77777777" w:rsidR="000D3CEC" w:rsidRDefault="00C64150">
            <w:pPr>
              <w:spacing w:after="120"/>
            </w:pPr>
            <w:r>
              <w:rPr>
                <w:color w:val="5C6368"/>
                <w:sz w:val="20"/>
              </w:rPr>
              <w:t>☐</w:t>
            </w:r>
            <w:r>
              <w:rPr>
                <w:color w:val="5C6368"/>
                <w:sz w:val="20"/>
              </w:rPr>
              <w:t xml:space="preserve">  AI &amp; Future Society</w:t>
            </w:r>
          </w:p>
        </w:tc>
      </w:tr>
      <w:tr w:rsidR="000D3CEC" w14:paraId="0EE8FE8F" w14:textId="77777777">
        <w:tc>
          <w:tcPr>
            <w:tcW w:w="4536" w:type="dxa"/>
            <w:tcBorders>
              <w:top w:val="nil"/>
              <w:left w:val="nil"/>
              <w:bottom w:val="nil"/>
              <w:right w:val="nil"/>
            </w:tcBorders>
          </w:tcPr>
          <w:p w14:paraId="6D4CEC86" w14:textId="77777777" w:rsidR="000D3CEC" w:rsidRDefault="00C64150">
            <w:pPr>
              <w:spacing w:after="120"/>
            </w:pPr>
            <w:r>
              <w:rPr>
                <w:color w:val="5C6368"/>
                <w:sz w:val="20"/>
              </w:rPr>
              <w:t>☐</w:t>
            </w:r>
            <w:r>
              <w:rPr>
                <w:color w:val="5C6368"/>
                <w:sz w:val="20"/>
              </w:rPr>
              <w:t xml:space="preserve">  Education &amp; Learning Research</w:t>
            </w:r>
          </w:p>
        </w:tc>
        <w:tc>
          <w:tcPr>
            <w:tcW w:w="4536" w:type="dxa"/>
            <w:tcBorders>
              <w:top w:val="nil"/>
              <w:left w:val="nil"/>
              <w:bottom w:val="nil"/>
              <w:right w:val="nil"/>
            </w:tcBorders>
          </w:tcPr>
          <w:p w14:paraId="3B1AD1A2" w14:textId="77777777" w:rsidR="000D3CEC" w:rsidRDefault="00C64150">
            <w:pPr>
              <w:spacing w:after="120"/>
            </w:pPr>
            <w:r>
              <w:rPr>
                <w:color w:val="5C6368"/>
                <w:sz w:val="20"/>
              </w:rPr>
              <w:t>☐</w:t>
            </w:r>
            <w:r>
              <w:rPr>
                <w:color w:val="5C6368"/>
                <w:sz w:val="20"/>
              </w:rPr>
              <w:t xml:space="preserve">  Arts, Culture &amp; Embodiment</w:t>
            </w:r>
          </w:p>
        </w:tc>
      </w:tr>
      <w:tr w:rsidR="000D3CEC" w14:paraId="2E187F1A" w14:textId="77777777">
        <w:tc>
          <w:tcPr>
            <w:tcW w:w="4536" w:type="dxa"/>
            <w:tcBorders>
              <w:top w:val="nil"/>
              <w:left w:val="nil"/>
              <w:bottom w:val="nil"/>
              <w:right w:val="nil"/>
            </w:tcBorders>
          </w:tcPr>
          <w:p w14:paraId="1B7A6B19" w14:textId="77777777" w:rsidR="000D3CEC" w:rsidRDefault="00C64150">
            <w:pPr>
              <w:spacing w:after="120"/>
            </w:pPr>
            <w:r>
              <w:rPr>
                <w:color w:val="5C6368"/>
                <w:sz w:val="20"/>
              </w:rPr>
              <w:t>☐</w:t>
            </w:r>
            <w:r>
              <w:rPr>
                <w:color w:val="5C6368"/>
                <w:sz w:val="20"/>
              </w:rPr>
              <w:t xml:space="preserve">  Health &amp; Medical Research</w:t>
            </w:r>
          </w:p>
        </w:tc>
        <w:tc>
          <w:tcPr>
            <w:tcW w:w="4536" w:type="dxa"/>
            <w:tcBorders>
              <w:top w:val="nil"/>
              <w:left w:val="nil"/>
              <w:bottom w:val="nil"/>
              <w:right w:val="nil"/>
            </w:tcBorders>
          </w:tcPr>
          <w:p w14:paraId="426B6BEF" w14:textId="77777777" w:rsidR="000D3CEC" w:rsidRDefault="00C64150">
            <w:pPr>
              <w:spacing w:after="120"/>
            </w:pPr>
            <w:r>
              <w:rPr>
                <w:color w:val="5C6368"/>
                <w:sz w:val="20"/>
              </w:rPr>
              <w:t>☐</w:t>
            </w:r>
            <w:r>
              <w:rPr>
                <w:color w:val="5C6368"/>
                <w:sz w:val="20"/>
              </w:rPr>
              <w:t xml:space="preserve">  International &amp; Regional Studies</w:t>
            </w:r>
          </w:p>
        </w:tc>
      </w:tr>
      <w:tr w:rsidR="000D3CEC" w14:paraId="064A8F56" w14:textId="77777777">
        <w:tc>
          <w:tcPr>
            <w:tcW w:w="4536" w:type="dxa"/>
            <w:tcBorders>
              <w:top w:val="nil"/>
              <w:left w:val="nil"/>
              <w:bottom w:val="nil"/>
              <w:right w:val="nil"/>
            </w:tcBorders>
          </w:tcPr>
          <w:p w14:paraId="7CD0C2A9" w14:textId="77777777" w:rsidR="000D3CEC" w:rsidRDefault="00C64150">
            <w:pPr>
              <w:spacing w:after="120"/>
            </w:pPr>
            <w:r>
              <w:rPr>
                <w:color w:val="5C6368"/>
                <w:sz w:val="20"/>
              </w:rPr>
              <w:t>☐</w:t>
            </w:r>
            <w:r>
              <w:rPr>
                <w:color w:val="5C6368"/>
                <w:sz w:val="20"/>
              </w:rPr>
              <w:t xml:space="preserve">  Digital &amp; Platform Governance</w:t>
            </w:r>
          </w:p>
        </w:tc>
        <w:tc>
          <w:tcPr>
            <w:tcW w:w="4536" w:type="dxa"/>
            <w:tcBorders>
              <w:top w:val="nil"/>
              <w:left w:val="nil"/>
              <w:bottom w:val="nil"/>
              <w:right w:val="nil"/>
            </w:tcBorders>
          </w:tcPr>
          <w:p w14:paraId="6FC8D2C4" w14:textId="77777777" w:rsidR="000D3CEC" w:rsidRDefault="00C64150">
            <w:pPr>
              <w:spacing w:after="120"/>
            </w:pPr>
            <w:r>
              <w:rPr>
                <w:color w:val="5C6368"/>
                <w:sz w:val="20"/>
              </w:rPr>
              <w:t>☐</w:t>
            </w:r>
            <w:r>
              <w:rPr>
                <w:color w:val="5C6368"/>
                <w:sz w:val="20"/>
              </w:rPr>
              <w:t xml:space="preserve">  Youth Issues &amp; Social Development</w:t>
            </w:r>
          </w:p>
        </w:tc>
      </w:tr>
      <w:tr w:rsidR="000D3CEC" w14:paraId="3D3D2E1C" w14:textId="77777777">
        <w:tc>
          <w:tcPr>
            <w:tcW w:w="4536" w:type="dxa"/>
            <w:tcBorders>
              <w:top w:val="nil"/>
              <w:left w:val="nil"/>
              <w:bottom w:val="nil"/>
              <w:right w:val="nil"/>
            </w:tcBorders>
          </w:tcPr>
          <w:p w14:paraId="75697988" w14:textId="77777777" w:rsidR="000D3CEC" w:rsidRDefault="00C64150">
            <w:pPr>
              <w:spacing w:after="120"/>
            </w:pPr>
            <w:r>
              <w:rPr>
                <w:color w:val="5C6368"/>
                <w:sz w:val="20"/>
              </w:rPr>
              <w:t>☐</w:t>
            </w:r>
            <w:r>
              <w:rPr>
                <w:color w:val="5C6368"/>
                <w:sz w:val="20"/>
              </w:rPr>
              <w:t xml:space="preserve">  Other</w:t>
            </w:r>
          </w:p>
        </w:tc>
        <w:tc>
          <w:tcPr>
            <w:tcW w:w="4536" w:type="dxa"/>
            <w:tcBorders>
              <w:top w:val="nil"/>
              <w:left w:val="nil"/>
              <w:bottom w:val="nil"/>
              <w:right w:val="nil"/>
            </w:tcBorders>
          </w:tcPr>
          <w:p w14:paraId="6A684573" w14:textId="77777777" w:rsidR="000D3CEC" w:rsidRDefault="000D3CEC">
            <w:pPr>
              <w:spacing w:after="120"/>
            </w:pPr>
          </w:p>
        </w:tc>
      </w:tr>
    </w:tbl>
    <w:p w14:paraId="6F1EC023" w14:textId="77777777" w:rsidR="000D3CEC" w:rsidRDefault="000D3CEC">
      <w:pPr>
        <w:spacing w:after="40"/>
      </w:pPr>
    </w:p>
    <w:p w14:paraId="09BDE200" w14:textId="77777777" w:rsidR="000D3CEC" w:rsidRDefault="00C64150">
      <w:pPr>
        <w:spacing w:before="200" w:after="40"/>
      </w:pPr>
      <w:r>
        <w:rPr>
          <w:b/>
          <w:color w:val="1F2326"/>
          <w:sz w:val="24"/>
        </w:rPr>
        <w:t>Research keywords</w:t>
      </w:r>
    </w:p>
    <w:p w14:paraId="5493C109" w14:textId="77777777" w:rsidR="000D3CEC" w:rsidRDefault="00C64150">
      <w:pPr>
        <w:pBdr>
          <w:bottom w:val="single" w:sz="6" w:space="1" w:color="DADDDD"/>
        </w:pBdr>
        <w:spacing w:after="160"/>
      </w:pPr>
      <w:r>
        <w:rPr>
          <w:color w:val="8A9196"/>
        </w:rPr>
        <w:t xml:space="preserve">1. </w:t>
      </w:r>
    </w:p>
    <w:p w14:paraId="43616876" w14:textId="77777777" w:rsidR="000D3CEC" w:rsidRDefault="00C64150">
      <w:pPr>
        <w:pBdr>
          <w:bottom w:val="single" w:sz="6" w:space="1" w:color="DADDDD"/>
        </w:pBdr>
        <w:spacing w:after="160"/>
      </w:pPr>
      <w:r>
        <w:rPr>
          <w:color w:val="8A9196"/>
        </w:rPr>
        <w:t xml:space="preserve">2. </w:t>
      </w:r>
    </w:p>
    <w:p w14:paraId="0AF149D1" w14:textId="77777777" w:rsidR="000D3CEC" w:rsidRDefault="00C64150">
      <w:pPr>
        <w:pBdr>
          <w:bottom w:val="single" w:sz="6" w:space="1" w:color="DADDDD"/>
        </w:pBdr>
        <w:spacing w:after="160"/>
      </w:pPr>
      <w:r>
        <w:rPr>
          <w:color w:val="8A9196"/>
        </w:rPr>
        <w:t xml:space="preserve">3. </w:t>
      </w:r>
    </w:p>
    <w:p w14:paraId="65A98D52" w14:textId="77777777" w:rsidR="000D3CEC" w:rsidRDefault="00C64150">
      <w:pPr>
        <w:pBdr>
          <w:bottom w:val="single" w:sz="6" w:space="1" w:color="DADDDD"/>
        </w:pBdr>
        <w:spacing w:after="160"/>
      </w:pPr>
      <w:r>
        <w:rPr>
          <w:color w:val="8A9196"/>
        </w:rPr>
        <w:t xml:space="preserve">4. </w:t>
      </w:r>
    </w:p>
    <w:p w14:paraId="349F7E0C" w14:textId="77777777" w:rsidR="000D3CEC" w:rsidRDefault="00C64150">
      <w:pPr>
        <w:pBdr>
          <w:bottom w:val="single" w:sz="6" w:space="1" w:color="DADDDD"/>
        </w:pBdr>
        <w:spacing w:after="160"/>
      </w:pPr>
      <w:r>
        <w:rPr>
          <w:color w:val="8A9196"/>
        </w:rPr>
        <w:t xml:space="preserve">5. </w:t>
      </w:r>
    </w:p>
    <w:p w14:paraId="65B3647B" w14:textId="77777777" w:rsidR="000D3CEC" w:rsidRDefault="000D3CEC">
      <w:pPr>
        <w:spacing w:after="40"/>
      </w:pPr>
    </w:p>
    <w:p w14:paraId="2E229F85" w14:textId="77777777" w:rsidR="000D3CEC" w:rsidRDefault="00C64150">
      <w:r>
        <w:rPr>
          <w:color w:val="5C6368"/>
        </w:rPr>
        <w:t>Please briefly describe your main research direction, research questions, methods, and their relevance to the Panorama Research Institute:</w:t>
      </w:r>
    </w:p>
    <w:p w14:paraId="014E8D2F" w14:textId="77777777" w:rsidR="000D3CEC" w:rsidRDefault="00C64150">
      <w:pPr>
        <w:pBdr>
          <w:bottom w:val="single" w:sz="6" w:space="1" w:color="DADDDD"/>
        </w:pBdr>
      </w:pPr>
      <w:r>
        <w:rPr>
          <w:sz w:val="16"/>
        </w:rPr>
        <w:t xml:space="preserve"> </w:t>
      </w:r>
    </w:p>
    <w:p w14:paraId="3D8AEBB6" w14:textId="77777777" w:rsidR="000D3CEC" w:rsidRDefault="00C64150">
      <w:pPr>
        <w:pBdr>
          <w:bottom w:val="single" w:sz="6" w:space="1" w:color="DADDDD"/>
        </w:pBdr>
      </w:pPr>
      <w:r>
        <w:rPr>
          <w:sz w:val="16"/>
        </w:rPr>
        <w:t xml:space="preserve"> </w:t>
      </w:r>
    </w:p>
    <w:p w14:paraId="15818255" w14:textId="77777777" w:rsidR="000D3CEC" w:rsidRDefault="00C64150">
      <w:pPr>
        <w:pBdr>
          <w:bottom w:val="single" w:sz="6" w:space="1" w:color="DADDDD"/>
        </w:pBdr>
      </w:pPr>
      <w:r>
        <w:rPr>
          <w:sz w:val="16"/>
        </w:rPr>
        <w:t xml:space="preserve"> </w:t>
      </w:r>
    </w:p>
    <w:p w14:paraId="2471B452" w14:textId="77777777" w:rsidR="000D3CEC" w:rsidRDefault="000D3CEC">
      <w:pPr>
        <w:spacing w:after="40"/>
      </w:pPr>
    </w:p>
    <w:p w14:paraId="391F8588" w14:textId="77777777" w:rsidR="000D3CEC" w:rsidRDefault="00C64150">
      <w:r>
        <w:br w:type="page"/>
      </w:r>
    </w:p>
    <w:p w14:paraId="095280C9" w14:textId="77777777" w:rsidR="000D3CEC" w:rsidRDefault="00C64150">
      <w:pPr>
        <w:spacing w:before="80" w:after="40"/>
      </w:pPr>
      <w:r>
        <w:rPr>
          <w:rFonts w:ascii="Consolas" w:eastAsia="Consolas" w:hAnsi="Consolas"/>
          <w:color w:val="8A9196"/>
          <w:sz w:val="20"/>
        </w:rPr>
        <w:lastRenderedPageBreak/>
        <w:t>PART SEVEN</w:t>
      </w:r>
    </w:p>
    <w:p w14:paraId="3D235259" w14:textId="77777777" w:rsidR="000D3CEC" w:rsidRDefault="00C64150">
      <w:pPr>
        <w:spacing w:after="80"/>
      </w:pPr>
      <w:r>
        <w:rPr>
          <w:rFonts w:ascii="Georgia" w:eastAsia="Georgia" w:hAnsi="Georgia"/>
          <w:b/>
          <w:color w:val="1F2326"/>
          <w:sz w:val="38"/>
        </w:rPr>
        <w:t>7. Principal Research Output</w:t>
      </w:r>
    </w:p>
    <w:p w14:paraId="0F1AE412" w14:textId="77777777" w:rsidR="000D3CEC" w:rsidRDefault="000D3CEC">
      <w:pPr>
        <w:pBdr>
          <w:bottom w:val="single" w:sz="10" w:space="1" w:color="1F2326"/>
        </w:pBdr>
        <w:spacing w:after="280"/>
      </w:pPr>
    </w:p>
    <w:p w14:paraId="15AC41CF" w14:textId="77777777" w:rsidR="000D3CEC" w:rsidRDefault="00C64150">
      <w:pPr>
        <w:spacing w:before="200" w:after="40"/>
      </w:pPr>
      <w:r>
        <w:rPr>
          <w:b/>
          <w:color w:val="1F2326"/>
          <w:sz w:val="24"/>
        </w:rPr>
        <w:t>1. Representative publications</w:t>
      </w:r>
    </w:p>
    <w:p w14:paraId="0C656FAE" w14:textId="77777777" w:rsidR="000D3CEC" w:rsidRDefault="00C64150">
      <w:pPr>
        <w:spacing w:after="120"/>
      </w:pPr>
      <w:r>
        <w:rPr>
          <w:i/>
          <w:color w:val="8A9196"/>
          <w:sz w:val="19"/>
        </w:rPr>
        <w:t>List your most representative papers from the past five years, including authors, title, journal, year, volume/issue, pages, and DOI or link.</w:t>
      </w:r>
    </w:p>
    <w:p w14:paraId="2A7A12A5" w14:textId="77777777" w:rsidR="000D3CEC" w:rsidRDefault="00C64150">
      <w:pPr>
        <w:pBdr>
          <w:bottom w:val="single" w:sz="6" w:space="1" w:color="DADDDD"/>
        </w:pBdr>
        <w:spacing w:after="160"/>
      </w:pPr>
      <w:r>
        <w:rPr>
          <w:color w:val="8A9196"/>
        </w:rPr>
        <w:t xml:space="preserve">1. </w:t>
      </w:r>
    </w:p>
    <w:p w14:paraId="282A12C5" w14:textId="77777777" w:rsidR="000D3CEC" w:rsidRDefault="00C64150">
      <w:pPr>
        <w:pBdr>
          <w:bottom w:val="single" w:sz="6" w:space="1" w:color="DADDDD"/>
        </w:pBdr>
        <w:spacing w:after="160"/>
      </w:pPr>
      <w:r>
        <w:rPr>
          <w:color w:val="8A9196"/>
        </w:rPr>
        <w:t xml:space="preserve">2. </w:t>
      </w:r>
    </w:p>
    <w:p w14:paraId="711EC656" w14:textId="77777777" w:rsidR="000D3CEC" w:rsidRDefault="00C64150">
      <w:pPr>
        <w:pBdr>
          <w:bottom w:val="single" w:sz="6" w:space="1" w:color="DADDDD"/>
        </w:pBdr>
        <w:spacing w:after="160"/>
      </w:pPr>
      <w:r>
        <w:rPr>
          <w:color w:val="8A9196"/>
        </w:rPr>
        <w:t xml:space="preserve">3. </w:t>
      </w:r>
    </w:p>
    <w:p w14:paraId="44ABC8FA" w14:textId="77777777" w:rsidR="000D3CEC" w:rsidRDefault="00C64150">
      <w:pPr>
        <w:pBdr>
          <w:bottom w:val="single" w:sz="6" w:space="1" w:color="DADDDD"/>
        </w:pBdr>
        <w:spacing w:after="160"/>
      </w:pPr>
      <w:r>
        <w:rPr>
          <w:color w:val="8A9196"/>
        </w:rPr>
        <w:t xml:space="preserve">4. </w:t>
      </w:r>
    </w:p>
    <w:p w14:paraId="0D4A02DA" w14:textId="77777777" w:rsidR="000D3CEC" w:rsidRDefault="00C64150">
      <w:pPr>
        <w:pBdr>
          <w:bottom w:val="single" w:sz="6" w:space="1" w:color="DADDDD"/>
        </w:pBdr>
        <w:spacing w:after="160"/>
      </w:pPr>
      <w:r>
        <w:rPr>
          <w:color w:val="8A9196"/>
        </w:rPr>
        <w:t xml:space="preserve">5. </w:t>
      </w:r>
    </w:p>
    <w:p w14:paraId="6B5C2B7A" w14:textId="77777777" w:rsidR="000D3CEC" w:rsidRDefault="000D3CEC">
      <w:pPr>
        <w:spacing w:after="40"/>
      </w:pPr>
    </w:p>
    <w:p w14:paraId="49FCCFB2" w14:textId="77777777" w:rsidR="000D3CEC" w:rsidRDefault="00C64150">
      <w:pPr>
        <w:spacing w:before="200" w:after="40"/>
      </w:pPr>
      <w:r>
        <w:rPr>
          <w:b/>
          <w:color w:val="1F2326"/>
          <w:sz w:val="24"/>
        </w:rPr>
        <w:t>2. Books, textbooks, translations, or research reports</w:t>
      </w:r>
    </w:p>
    <w:p w14:paraId="02B8BA8E" w14:textId="77777777" w:rsidR="000D3CEC" w:rsidRDefault="00C64150">
      <w:pPr>
        <w:pBdr>
          <w:bottom w:val="single" w:sz="6" w:space="1" w:color="DADDDD"/>
        </w:pBdr>
        <w:spacing w:after="160"/>
      </w:pPr>
      <w:r>
        <w:rPr>
          <w:color w:val="8A9196"/>
        </w:rPr>
        <w:t xml:space="preserve">1. </w:t>
      </w:r>
    </w:p>
    <w:p w14:paraId="03D999BB" w14:textId="77777777" w:rsidR="000D3CEC" w:rsidRDefault="00C64150">
      <w:pPr>
        <w:pBdr>
          <w:bottom w:val="single" w:sz="6" w:space="1" w:color="DADDDD"/>
        </w:pBdr>
        <w:spacing w:after="160"/>
      </w:pPr>
      <w:r>
        <w:rPr>
          <w:color w:val="8A9196"/>
        </w:rPr>
        <w:t xml:space="preserve">2. </w:t>
      </w:r>
    </w:p>
    <w:p w14:paraId="4DEB3AA1" w14:textId="77777777" w:rsidR="000D3CEC" w:rsidRDefault="00C64150">
      <w:pPr>
        <w:pBdr>
          <w:bottom w:val="single" w:sz="6" w:space="1" w:color="DADDDD"/>
        </w:pBdr>
        <w:spacing w:after="160"/>
      </w:pPr>
      <w:r>
        <w:rPr>
          <w:color w:val="8A9196"/>
        </w:rPr>
        <w:t xml:space="preserve">3. </w:t>
      </w:r>
    </w:p>
    <w:p w14:paraId="54351CF3" w14:textId="77777777" w:rsidR="000D3CEC" w:rsidRDefault="000D3CEC">
      <w:pPr>
        <w:spacing w:after="40"/>
      </w:pPr>
    </w:p>
    <w:p w14:paraId="14A48B78" w14:textId="77777777" w:rsidR="000D3CEC" w:rsidRDefault="00C64150">
      <w:pPr>
        <w:spacing w:before="200" w:after="40"/>
      </w:pPr>
      <w:r>
        <w:rPr>
          <w:b/>
          <w:color w:val="1F2326"/>
          <w:sz w:val="24"/>
        </w:rPr>
        <w:t>3. Other academic output</w:t>
      </w:r>
    </w:p>
    <w:p w14:paraId="0787315F" w14:textId="77777777" w:rsidR="000D3CEC" w:rsidRDefault="00C64150">
      <w:pPr>
        <w:spacing w:after="120"/>
      </w:pPr>
      <w:r>
        <w:rPr>
          <w:i/>
          <w:color w:val="8A9196"/>
          <w:sz w:val="19"/>
        </w:rPr>
        <w:t>May include conference papers, databases, index systems, course development, software tools, policy recommendations, media outreach, public service, or knowledge-transfer outcomes.</w:t>
      </w:r>
    </w:p>
    <w:p w14:paraId="687DB485" w14:textId="77777777" w:rsidR="000D3CEC" w:rsidRDefault="00C64150">
      <w:pPr>
        <w:pBdr>
          <w:bottom w:val="single" w:sz="6" w:space="1" w:color="DADDDD"/>
        </w:pBdr>
      </w:pPr>
      <w:r>
        <w:rPr>
          <w:sz w:val="16"/>
        </w:rPr>
        <w:t xml:space="preserve"> </w:t>
      </w:r>
    </w:p>
    <w:p w14:paraId="39833632" w14:textId="77777777" w:rsidR="000D3CEC" w:rsidRDefault="00C64150">
      <w:pPr>
        <w:pBdr>
          <w:bottom w:val="single" w:sz="6" w:space="1" w:color="DADDDD"/>
        </w:pBdr>
      </w:pPr>
      <w:r>
        <w:rPr>
          <w:sz w:val="16"/>
        </w:rPr>
        <w:t xml:space="preserve"> </w:t>
      </w:r>
    </w:p>
    <w:p w14:paraId="79C2FADF" w14:textId="77777777" w:rsidR="000D3CEC" w:rsidRDefault="000D3CEC">
      <w:pPr>
        <w:spacing w:after="40"/>
      </w:pPr>
    </w:p>
    <w:p w14:paraId="481F2DA1" w14:textId="77777777" w:rsidR="000D3CEC" w:rsidRDefault="00C64150">
      <w:r>
        <w:br w:type="page"/>
      </w:r>
    </w:p>
    <w:p w14:paraId="6F2653A0" w14:textId="77777777" w:rsidR="000D3CEC" w:rsidRDefault="00C64150">
      <w:pPr>
        <w:spacing w:before="80" w:after="40"/>
      </w:pPr>
      <w:r>
        <w:rPr>
          <w:rFonts w:ascii="Consolas" w:eastAsia="Consolas" w:hAnsi="Consolas"/>
          <w:color w:val="8A9196"/>
          <w:sz w:val="20"/>
        </w:rPr>
        <w:lastRenderedPageBreak/>
        <w:t>PART EIGHT</w:t>
      </w:r>
    </w:p>
    <w:p w14:paraId="2C630EAC" w14:textId="77777777" w:rsidR="000D3CEC" w:rsidRDefault="00C64150">
      <w:pPr>
        <w:spacing w:after="80"/>
      </w:pPr>
      <w:r>
        <w:rPr>
          <w:rFonts w:ascii="Georgia" w:eastAsia="Georgia" w:hAnsi="Georgia"/>
          <w:b/>
          <w:color w:val="1F2326"/>
          <w:sz w:val="38"/>
        </w:rPr>
        <w:t>8. Research Projects &amp; Academic Impact</w:t>
      </w:r>
    </w:p>
    <w:p w14:paraId="6F36A589" w14:textId="77777777" w:rsidR="000D3CEC" w:rsidRDefault="000D3CEC">
      <w:pPr>
        <w:pBdr>
          <w:bottom w:val="single" w:sz="10" w:space="1" w:color="1F2326"/>
        </w:pBdr>
        <w:spacing w:after="280"/>
      </w:pPr>
    </w:p>
    <w:tbl>
      <w:tblPr>
        <w:tblW w:w="0" w:type="auto"/>
        <w:tblLook w:val="04A0" w:firstRow="1" w:lastRow="0" w:firstColumn="1" w:lastColumn="0" w:noHBand="0" w:noVBand="1"/>
      </w:tblPr>
      <w:tblGrid>
        <w:gridCol w:w="9072"/>
      </w:tblGrid>
      <w:tr w:rsidR="000D3CEC" w14:paraId="3601BF9C"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1E797CCC" w14:textId="77777777" w:rsidR="000D3CEC" w:rsidRDefault="00C64150">
            <w:pPr>
              <w:spacing w:before="200" w:after="120"/>
            </w:pPr>
            <w:r>
              <w:rPr>
                <w:rFonts w:ascii="Consolas" w:eastAsia="Consolas" w:hAnsi="Consolas"/>
                <w:b/>
                <w:color w:val="8A9196"/>
                <w:sz w:val="18"/>
              </w:rPr>
              <w:t>PROJECT 1</w:t>
            </w:r>
          </w:p>
          <w:tbl>
            <w:tblPr>
              <w:tblW w:w="0" w:type="auto"/>
              <w:tblLook w:val="04A0" w:firstRow="1" w:lastRow="0" w:firstColumn="1" w:lastColumn="0" w:noHBand="0" w:noVBand="1"/>
            </w:tblPr>
            <w:tblGrid>
              <w:gridCol w:w="4421"/>
              <w:gridCol w:w="4435"/>
            </w:tblGrid>
            <w:tr w:rsidR="000D3CEC" w14:paraId="3486D27E" w14:textId="77777777">
              <w:tc>
                <w:tcPr>
                  <w:tcW w:w="4536" w:type="dxa"/>
                  <w:tcBorders>
                    <w:top w:val="nil"/>
                    <w:left w:val="nil"/>
                    <w:bottom w:val="nil"/>
                    <w:right w:val="nil"/>
                  </w:tcBorders>
                </w:tcPr>
                <w:p w14:paraId="35B553AF" w14:textId="77777777" w:rsidR="000D3CEC" w:rsidRDefault="00C64150">
                  <w:pPr>
                    <w:spacing w:after="40"/>
                  </w:pPr>
                  <w:r>
                    <w:rPr>
                      <w:rFonts w:ascii="Consolas" w:eastAsia="Consolas" w:hAnsi="Consolas"/>
                      <w:color w:val="8A9196"/>
                      <w:sz w:val="17"/>
                    </w:rPr>
                    <w:t>Project title</w:t>
                  </w:r>
                </w:p>
                <w:p w14:paraId="0858358C"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3B0AEE96" w14:textId="77777777" w:rsidR="000D3CEC" w:rsidRDefault="00C64150">
                  <w:pPr>
                    <w:spacing w:after="40"/>
                  </w:pPr>
                  <w:r>
                    <w:rPr>
                      <w:rFonts w:ascii="Consolas" w:eastAsia="Consolas" w:hAnsi="Consolas"/>
                      <w:color w:val="8A9196"/>
                      <w:sz w:val="17"/>
                    </w:rPr>
                    <w:t>Funder / commissioner</w:t>
                  </w:r>
                </w:p>
                <w:p w14:paraId="2D6FC935" w14:textId="77777777" w:rsidR="000D3CEC" w:rsidRDefault="00C64150">
                  <w:pPr>
                    <w:pBdr>
                      <w:bottom w:val="single" w:sz="6" w:space="1" w:color="DADDDD"/>
                    </w:pBdr>
                  </w:pPr>
                  <w:r>
                    <w:rPr>
                      <w:sz w:val="16"/>
                    </w:rPr>
                    <w:t xml:space="preserve"> </w:t>
                  </w:r>
                </w:p>
              </w:tc>
            </w:tr>
          </w:tbl>
          <w:p w14:paraId="3345F641" w14:textId="77777777" w:rsidR="000D3CEC" w:rsidRDefault="000D3CEC"/>
          <w:tbl>
            <w:tblPr>
              <w:tblW w:w="0" w:type="auto"/>
              <w:tblLook w:val="04A0" w:firstRow="1" w:lastRow="0" w:firstColumn="1" w:lastColumn="0" w:noHBand="0" w:noVBand="1"/>
            </w:tblPr>
            <w:tblGrid>
              <w:gridCol w:w="4427"/>
              <w:gridCol w:w="4429"/>
            </w:tblGrid>
            <w:tr w:rsidR="000D3CEC" w14:paraId="7520DF87" w14:textId="77777777">
              <w:tc>
                <w:tcPr>
                  <w:tcW w:w="4536" w:type="dxa"/>
                  <w:tcBorders>
                    <w:top w:val="nil"/>
                    <w:left w:val="nil"/>
                    <w:bottom w:val="nil"/>
                    <w:right w:val="nil"/>
                  </w:tcBorders>
                </w:tcPr>
                <w:p w14:paraId="1E04E439" w14:textId="77777777" w:rsidR="000D3CEC" w:rsidRDefault="00C64150">
                  <w:pPr>
                    <w:spacing w:after="40"/>
                  </w:pPr>
                  <w:r>
                    <w:rPr>
                      <w:rFonts w:ascii="Consolas" w:eastAsia="Consolas" w:hAnsi="Consolas"/>
                      <w:color w:val="8A9196"/>
                      <w:sz w:val="17"/>
                    </w:rPr>
                    <w:t>Your role</w:t>
                  </w:r>
                </w:p>
                <w:p w14:paraId="3CB4128F"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6338C619" w14:textId="77777777" w:rsidR="000D3CEC" w:rsidRDefault="00C64150">
                  <w:pPr>
                    <w:spacing w:after="40"/>
                  </w:pPr>
                  <w:r>
                    <w:rPr>
                      <w:rFonts w:ascii="Consolas" w:eastAsia="Consolas" w:hAnsi="Consolas"/>
                      <w:color w:val="8A9196"/>
                      <w:sz w:val="17"/>
                    </w:rPr>
                    <w:t>Dates</w:t>
                  </w:r>
                </w:p>
                <w:p w14:paraId="1414983C" w14:textId="77777777" w:rsidR="000D3CEC" w:rsidRDefault="00C64150">
                  <w:pPr>
                    <w:pBdr>
                      <w:bottom w:val="single" w:sz="6" w:space="1" w:color="DADDDD"/>
                    </w:pBdr>
                  </w:pPr>
                  <w:r>
                    <w:rPr>
                      <w:sz w:val="16"/>
                    </w:rPr>
                    <w:t xml:space="preserve"> </w:t>
                  </w:r>
                </w:p>
              </w:tc>
            </w:tr>
          </w:tbl>
          <w:p w14:paraId="092C44EB" w14:textId="77777777" w:rsidR="000D3CEC" w:rsidRDefault="000D3CEC"/>
          <w:p w14:paraId="025C9D0D" w14:textId="77777777" w:rsidR="000D3CEC" w:rsidRDefault="00C64150">
            <w:r>
              <w:rPr>
                <w:b/>
                <w:color w:val="5C6368"/>
                <w:sz w:val="19"/>
              </w:rPr>
              <w:t xml:space="preserve">Status:  </w:t>
            </w:r>
            <w:r>
              <w:rPr>
                <w:color w:val="5C6368"/>
                <w:sz w:val="19"/>
              </w:rPr>
              <w:t>☐</w:t>
            </w:r>
            <w:r>
              <w:rPr>
                <w:color w:val="5C6368"/>
                <w:sz w:val="19"/>
              </w:rPr>
              <w:t xml:space="preserve">  Ongoing   ☐  Completed   ☐  Under application   ☐  Other   </w:t>
            </w:r>
          </w:p>
        </w:tc>
      </w:tr>
    </w:tbl>
    <w:p w14:paraId="7C208CE0" w14:textId="77777777" w:rsidR="000D3CEC" w:rsidRDefault="000D3CEC">
      <w:pPr>
        <w:spacing w:after="80"/>
      </w:pPr>
    </w:p>
    <w:tbl>
      <w:tblPr>
        <w:tblW w:w="0" w:type="auto"/>
        <w:tblLook w:val="04A0" w:firstRow="1" w:lastRow="0" w:firstColumn="1" w:lastColumn="0" w:noHBand="0" w:noVBand="1"/>
      </w:tblPr>
      <w:tblGrid>
        <w:gridCol w:w="9072"/>
      </w:tblGrid>
      <w:tr w:rsidR="000D3CEC" w14:paraId="0C39A2AF"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07C96FFB" w14:textId="77777777" w:rsidR="000D3CEC" w:rsidRDefault="00C64150">
            <w:pPr>
              <w:spacing w:before="200" w:after="120"/>
            </w:pPr>
            <w:r>
              <w:rPr>
                <w:rFonts w:ascii="Consolas" w:eastAsia="Consolas" w:hAnsi="Consolas"/>
                <w:b/>
                <w:color w:val="8A9196"/>
                <w:sz w:val="18"/>
              </w:rPr>
              <w:t>PROJECT 2</w:t>
            </w:r>
          </w:p>
          <w:tbl>
            <w:tblPr>
              <w:tblW w:w="0" w:type="auto"/>
              <w:tblLook w:val="04A0" w:firstRow="1" w:lastRow="0" w:firstColumn="1" w:lastColumn="0" w:noHBand="0" w:noVBand="1"/>
            </w:tblPr>
            <w:tblGrid>
              <w:gridCol w:w="4421"/>
              <w:gridCol w:w="4435"/>
            </w:tblGrid>
            <w:tr w:rsidR="000D3CEC" w14:paraId="21504B66" w14:textId="77777777">
              <w:tc>
                <w:tcPr>
                  <w:tcW w:w="4536" w:type="dxa"/>
                  <w:tcBorders>
                    <w:top w:val="nil"/>
                    <w:left w:val="nil"/>
                    <w:bottom w:val="nil"/>
                    <w:right w:val="nil"/>
                  </w:tcBorders>
                </w:tcPr>
                <w:p w14:paraId="55D9945F" w14:textId="77777777" w:rsidR="000D3CEC" w:rsidRDefault="00C64150">
                  <w:pPr>
                    <w:spacing w:after="40"/>
                  </w:pPr>
                  <w:r>
                    <w:rPr>
                      <w:rFonts w:ascii="Consolas" w:eastAsia="Consolas" w:hAnsi="Consolas"/>
                      <w:color w:val="8A9196"/>
                      <w:sz w:val="17"/>
                    </w:rPr>
                    <w:t>Project title</w:t>
                  </w:r>
                </w:p>
                <w:p w14:paraId="171DF674"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73846FDE" w14:textId="77777777" w:rsidR="000D3CEC" w:rsidRDefault="00C64150">
                  <w:pPr>
                    <w:spacing w:after="40"/>
                  </w:pPr>
                  <w:r>
                    <w:rPr>
                      <w:rFonts w:ascii="Consolas" w:eastAsia="Consolas" w:hAnsi="Consolas"/>
                      <w:color w:val="8A9196"/>
                      <w:sz w:val="17"/>
                    </w:rPr>
                    <w:t>Funder / commissioner</w:t>
                  </w:r>
                </w:p>
                <w:p w14:paraId="3AC48C8A" w14:textId="77777777" w:rsidR="000D3CEC" w:rsidRDefault="00C64150">
                  <w:pPr>
                    <w:pBdr>
                      <w:bottom w:val="single" w:sz="6" w:space="1" w:color="DADDDD"/>
                    </w:pBdr>
                  </w:pPr>
                  <w:r>
                    <w:rPr>
                      <w:sz w:val="16"/>
                    </w:rPr>
                    <w:t xml:space="preserve"> </w:t>
                  </w:r>
                </w:p>
              </w:tc>
            </w:tr>
          </w:tbl>
          <w:p w14:paraId="2069438D" w14:textId="77777777" w:rsidR="000D3CEC" w:rsidRDefault="000D3CEC"/>
          <w:tbl>
            <w:tblPr>
              <w:tblW w:w="0" w:type="auto"/>
              <w:tblLook w:val="04A0" w:firstRow="1" w:lastRow="0" w:firstColumn="1" w:lastColumn="0" w:noHBand="0" w:noVBand="1"/>
            </w:tblPr>
            <w:tblGrid>
              <w:gridCol w:w="4427"/>
              <w:gridCol w:w="4429"/>
            </w:tblGrid>
            <w:tr w:rsidR="000D3CEC" w14:paraId="6967250C" w14:textId="77777777">
              <w:tc>
                <w:tcPr>
                  <w:tcW w:w="4536" w:type="dxa"/>
                  <w:tcBorders>
                    <w:top w:val="nil"/>
                    <w:left w:val="nil"/>
                    <w:bottom w:val="nil"/>
                    <w:right w:val="nil"/>
                  </w:tcBorders>
                </w:tcPr>
                <w:p w14:paraId="0151343F" w14:textId="77777777" w:rsidR="000D3CEC" w:rsidRDefault="00C64150">
                  <w:pPr>
                    <w:spacing w:after="40"/>
                  </w:pPr>
                  <w:r>
                    <w:rPr>
                      <w:rFonts w:ascii="Consolas" w:eastAsia="Consolas" w:hAnsi="Consolas"/>
                      <w:color w:val="8A9196"/>
                      <w:sz w:val="17"/>
                    </w:rPr>
                    <w:t>Your role</w:t>
                  </w:r>
                </w:p>
                <w:p w14:paraId="234DF4F5"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00BB2AF5" w14:textId="77777777" w:rsidR="000D3CEC" w:rsidRDefault="00C64150">
                  <w:pPr>
                    <w:spacing w:after="40"/>
                  </w:pPr>
                  <w:r>
                    <w:rPr>
                      <w:rFonts w:ascii="Consolas" w:eastAsia="Consolas" w:hAnsi="Consolas"/>
                      <w:color w:val="8A9196"/>
                      <w:sz w:val="17"/>
                    </w:rPr>
                    <w:t>Dates</w:t>
                  </w:r>
                </w:p>
                <w:p w14:paraId="276BB0B7" w14:textId="77777777" w:rsidR="000D3CEC" w:rsidRDefault="00C64150">
                  <w:pPr>
                    <w:pBdr>
                      <w:bottom w:val="single" w:sz="6" w:space="1" w:color="DADDDD"/>
                    </w:pBdr>
                  </w:pPr>
                  <w:r>
                    <w:rPr>
                      <w:sz w:val="16"/>
                    </w:rPr>
                    <w:t xml:space="preserve"> </w:t>
                  </w:r>
                </w:p>
              </w:tc>
            </w:tr>
          </w:tbl>
          <w:p w14:paraId="350532C6" w14:textId="77777777" w:rsidR="000D3CEC" w:rsidRDefault="000D3CEC"/>
          <w:p w14:paraId="2379A19C" w14:textId="77777777" w:rsidR="000D3CEC" w:rsidRDefault="00C64150">
            <w:r>
              <w:rPr>
                <w:b/>
                <w:color w:val="5C6368"/>
                <w:sz w:val="19"/>
              </w:rPr>
              <w:t xml:space="preserve">Status:  </w:t>
            </w:r>
            <w:r>
              <w:rPr>
                <w:color w:val="5C6368"/>
                <w:sz w:val="19"/>
              </w:rPr>
              <w:t>☐</w:t>
            </w:r>
            <w:r>
              <w:rPr>
                <w:color w:val="5C6368"/>
                <w:sz w:val="19"/>
              </w:rPr>
              <w:t xml:space="preserve">  Ongoing   ☐  Completed   ☐  Under application   ☐  Other   </w:t>
            </w:r>
          </w:p>
        </w:tc>
      </w:tr>
    </w:tbl>
    <w:p w14:paraId="1A22D238" w14:textId="77777777" w:rsidR="000D3CEC" w:rsidRDefault="000D3CEC">
      <w:pPr>
        <w:spacing w:after="80"/>
      </w:pPr>
    </w:p>
    <w:tbl>
      <w:tblPr>
        <w:tblW w:w="0" w:type="auto"/>
        <w:tblLook w:val="04A0" w:firstRow="1" w:lastRow="0" w:firstColumn="1" w:lastColumn="0" w:noHBand="0" w:noVBand="1"/>
      </w:tblPr>
      <w:tblGrid>
        <w:gridCol w:w="9072"/>
      </w:tblGrid>
      <w:tr w:rsidR="000D3CEC" w14:paraId="2D591D52" w14:textId="77777777">
        <w:trPr>
          <w:cantSplit/>
        </w:trPr>
        <w:tc>
          <w:tcPr>
            <w:tcW w:w="9072" w:type="dxa"/>
            <w:tcBorders>
              <w:top w:val="single" w:sz="4" w:space="0" w:color="DADDDD"/>
              <w:left w:val="single" w:sz="4" w:space="0" w:color="DADDDD"/>
              <w:bottom w:val="single" w:sz="4" w:space="0" w:color="DADDDD"/>
              <w:right w:val="single" w:sz="4" w:space="0" w:color="DADDDD"/>
            </w:tcBorders>
          </w:tcPr>
          <w:p w14:paraId="44E75C20" w14:textId="77777777" w:rsidR="000D3CEC" w:rsidRDefault="00C64150">
            <w:pPr>
              <w:spacing w:before="200" w:after="120"/>
            </w:pPr>
            <w:r>
              <w:rPr>
                <w:rFonts w:ascii="Consolas" w:eastAsia="Consolas" w:hAnsi="Consolas"/>
                <w:b/>
                <w:color w:val="8A9196"/>
                <w:sz w:val="18"/>
              </w:rPr>
              <w:lastRenderedPageBreak/>
              <w:t>PROJECT 3</w:t>
            </w:r>
          </w:p>
          <w:tbl>
            <w:tblPr>
              <w:tblW w:w="0" w:type="auto"/>
              <w:tblLook w:val="04A0" w:firstRow="1" w:lastRow="0" w:firstColumn="1" w:lastColumn="0" w:noHBand="0" w:noVBand="1"/>
            </w:tblPr>
            <w:tblGrid>
              <w:gridCol w:w="4421"/>
              <w:gridCol w:w="4435"/>
            </w:tblGrid>
            <w:tr w:rsidR="000D3CEC" w14:paraId="520E496B" w14:textId="77777777">
              <w:tc>
                <w:tcPr>
                  <w:tcW w:w="4536" w:type="dxa"/>
                  <w:tcBorders>
                    <w:top w:val="nil"/>
                    <w:left w:val="nil"/>
                    <w:bottom w:val="nil"/>
                    <w:right w:val="nil"/>
                  </w:tcBorders>
                </w:tcPr>
                <w:p w14:paraId="7AC610C9" w14:textId="77777777" w:rsidR="000D3CEC" w:rsidRDefault="00C64150">
                  <w:pPr>
                    <w:spacing w:after="40"/>
                  </w:pPr>
                  <w:r>
                    <w:rPr>
                      <w:rFonts w:ascii="Consolas" w:eastAsia="Consolas" w:hAnsi="Consolas"/>
                      <w:color w:val="8A9196"/>
                      <w:sz w:val="17"/>
                    </w:rPr>
                    <w:t>Project title</w:t>
                  </w:r>
                </w:p>
                <w:p w14:paraId="1B7EF512"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708C655D" w14:textId="77777777" w:rsidR="000D3CEC" w:rsidRDefault="00C64150">
                  <w:pPr>
                    <w:spacing w:after="40"/>
                  </w:pPr>
                  <w:r>
                    <w:rPr>
                      <w:rFonts w:ascii="Consolas" w:eastAsia="Consolas" w:hAnsi="Consolas"/>
                      <w:color w:val="8A9196"/>
                      <w:sz w:val="17"/>
                    </w:rPr>
                    <w:t>Funder / commissioner</w:t>
                  </w:r>
                </w:p>
                <w:p w14:paraId="551998F8" w14:textId="77777777" w:rsidR="000D3CEC" w:rsidRDefault="00C64150">
                  <w:pPr>
                    <w:pBdr>
                      <w:bottom w:val="single" w:sz="6" w:space="1" w:color="DADDDD"/>
                    </w:pBdr>
                  </w:pPr>
                  <w:r>
                    <w:rPr>
                      <w:sz w:val="16"/>
                    </w:rPr>
                    <w:t xml:space="preserve"> </w:t>
                  </w:r>
                </w:p>
              </w:tc>
            </w:tr>
          </w:tbl>
          <w:p w14:paraId="09237A39" w14:textId="77777777" w:rsidR="000D3CEC" w:rsidRDefault="000D3CEC"/>
          <w:tbl>
            <w:tblPr>
              <w:tblW w:w="0" w:type="auto"/>
              <w:tblLook w:val="04A0" w:firstRow="1" w:lastRow="0" w:firstColumn="1" w:lastColumn="0" w:noHBand="0" w:noVBand="1"/>
            </w:tblPr>
            <w:tblGrid>
              <w:gridCol w:w="4427"/>
              <w:gridCol w:w="4429"/>
            </w:tblGrid>
            <w:tr w:rsidR="000D3CEC" w14:paraId="61AE0E42" w14:textId="77777777">
              <w:tc>
                <w:tcPr>
                  <w:tcW w:w="4536" w:type="dxa"/>
                  <w:tcBorders>
                    <w:top w:val="nil"/>
                    <w:left w:val="nil"/>
                    <w:bottom w:val="nil"/>
                    <w:right w:val="nil"/>
                  </w:tcBorders>
                </w:tcPr>
                <w:p w14:paraId="311482D9" w14:textId="77777777" w:rsidR="000D3CEC" w:rsidRDefault="00C64150">
                  <w:pPr>
                    <w:spacing w:after="40"/>
                  </w:pPr>
                  <w:r>
                    <w:rPr>
                      <w:rFonts w:ascii="Consolas" w:eastAsia="Consolas" w:hAnsi="Consolas"/>
                      <w:color w:val="8A9196"/>
                      <w:sz w:val="17"/>
                    </w:rPr>
                    <w:t>Your role</w:t>
                  </w:r>
                </w:p>
                <w:p w14:paraId="7AEC83C3"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5E87D43D" w14:textId="77777777" w:rsidR="000D3CEC" w:rsidRDefault="00C64150">
                  <w:pPr>
                    <w:spacing w:after="40"/>
                  </w:pPr>
                  <w:r>
                    <w:rPr>
                      <w:rFonts w:ascii="Consolas" w:eastAsia="Consolas" w:hAnsi="Consolas"/>
                      <w:color w:val="8A9196"/>
                      <w:sz w:val="17"/>
                    </w:rPr>
                    <w:t>Dates</w:t>
                  </w:r>
                </w:p>
                <w:p w14:paraId="1BE60081" w14:textId="77777777" w:rsidR="000D3CEC" w:rsidRDefault="00C64150">
                  <w:pPr>
                    <w:pBdr>
                      <w:bottom w:val="single" w:sz="6" w:space="1" w:color="DADDDD"/>
                    </w:pBdr>
                  </w:pPr>
                  <w:r>
                    <w:rPr>
                      <w:sz w:val="16"/>
                    </w:rPr>
                    <w:t xml:space="preserve"> </w:t>
                  </w:r>
                </w:p>
              </w:tc>
            </w:tr>
          </w:tbl>
          <w:p w14:paraId="6D65D90F" w14:textId="77777777" w:rsidR="000D3CEC" w:rsidRDefault="000D3CEC"/>
          <w:p w14:paraId="7745018B" w14:textId="77777777" w:rsidR="000D3CEC" w:rsidRDefault="00C64150">
            <w:r>
              <w:rPr>
                <w:b/>
                <w:color w:val="5C6368"/>
                <w:sz w:val="19"/>
              </w:rPr>
              <w:t xml:space="preserve">Status:  </w:t>
            </w:r>
            <w:r>
              <w:rPr>
                <w:color w:val="5C6368"/>
                <w:sz w:val="19"/>
              </w:rPr>
              <w:t>☐</w:t>
            </w:r>
            <w:r>
              <w:rPr>
                <w:color w:val="5C6368"/>
                <w:sz w:val="19"/>
              </w:rPr>
              <w:t xml:space="preserve">  Ongoing   ☐  Completed   ☐  Under application   ☐  Other   </w:t>
            </w:r>
          </w:p>
        </w:tc>
      </w:tr>
    </w:tbl>
    <w:p w14:paraId="4EC694F3" w14:textId="77777777" w:rsidR="000D3CEC" w:rsidRDefault="000D3CEC">
      <w:pPr>
        <w:spacing w:after="80"/>
      </w:pPr>
    </w:p>
    <w:p w14:paraId="334D1707" w14:textId="77777777" w:rsidR="000D3CEC" w:rsidRDefault="00C64150">
      <w:r>
        <w:rPr>
          <w:color w:val="5C6368"/>
        </w:rPr>
        <w:t>Academic honours, awards, social impact, or academic service:</w:t>
      </w:r>
    </w:p>
    <w:p w14:paraId="2F793ED6" w14:textId="77777777" w:rsidR="000D3CEC" w:rsidRDefault="00C64150">
      <w:pPr>
        <w:pBdr>
          <w:bottom w:val="single" w:sz="6" w:space="1" w:color="DADDDD"/>
        </w:pBdr>
      </w:pPr>
      <w:r>
        <w:rPr>
          <w:sz w:val="16"/>
        </w:rPr>
        <w:t xml:space="preserve"> </w:t>
      </w:r>
    </w:p>
    <w:p w14:paraId="596C62AB" w14:textId="77777777" w:rsidR="000D3CEC" w:rsidRDefault="00C64150">
      <w:pPr>
        <w:pBdr>
          <w:bottom w:val="single" w:sz="6" w:space="1" w:color="DADDDD"/>
        </w:pBdr>
      </w:pPr>
      <w:r>
        <w:rPr>
          <w:sz w:val="16"/>
        </w:rPr>
        <w:t xml:space="preserve"> </w:t>
      </w:r>
    </w:p>
    <w:p w14:paraId="2E122C8A" w14:textId="77777777" w:rsidR="000D3CEC" w:rsidRDefault="000D3CEC">
      <w:pPr>
        <w:spacing w:after="40"/>
      </w:pPr>
    </w:p>
    <w:p w14:paraId="0A436BA0" w14:textId="77777777" w:rsidR="000D3CEC" w:rsidRDefault="00C64150">
      <w:r>
        <w:br w:type="page"/>
      </w:r>
    </w:p>
    <w:p w14:paraId="57848329" w14:textId="77777777" w:rsidR="000D3CEC" w:rsidRDefault="00C64150">
      <w:pPr>
        <w:spacing w:before="80" w:after="40"/>
      </w:pPr>
      <w:r>
        <w:rPr>
          <w:rFonts w:ascii="Consolas" w:eastAsia="Consolas" w:hAnsi="Consolas"/>
          <w:color w:val="8A9196"/>
          <w:sz w:val="20"/>
        </w:rPr>
        <w:lastRenderedPageBreak/>
        <w:t>PART NINE</w:t>
      </w:r>
    </w:p>
    <w:p w14:paraId="11A891EA" w14:textId="77777777" w:rsidR="000D3CEC" w:rsidRDefault="00C64150">
      <w:pPr>
        <w:spacing w:after="80"/>
      </w:pPr>
      <w:r>
        <w:rPr>
          <w:rFonts w:ascii="Georgia" w:eastAsia="Georgia" w:hAnsi="Georgia"/>
          <w:b/>
          <w:color w:val="1F2326"/>
          <w:sz w:val="38"/>
        </w:rPr>
        <w:t>9. Statement of Application</w:t>
      </w:r>
    </w:p>
    <w:p w14:paraId="0AF28591" w14:textId="77777777" w:rsidR="000D3CEC" w:rsidRDefault="000D3CEC">
      <w:pPr>
        <w:pBdr>
          <w:bottom w:val="single" w:sz="10" w:space="1" w:color="1F2326"/>
        </w:pBdr>
        <w:spacing w:after="280"/>
      </w:pPr>
    </w:p>
    <w:p w14:paraId="14FAD110" w14:textId="77777777" w:rsidR="000D3CEC" w:rsidRDefault="00C64150">
      <w:pPr>
        <w:spacing w:before="200" w:after="40"/>
      </w:pPr>
      <w:r>
        <w:rPr>
          <w:b/>
          <w:color w:val="1F2326"/>
          <w:sz w:val="24"/>
        </w:rPr>
        <w:t>1. Reasons for applying to the Institute</w:t>
      </w:r>
    </w:p>
    <w:p w14:paraId="75330DEE" w14:textId="77777777" w:rsidR="000D3CEC" w:rsidRDefault="00C64150">
      <w:pPr>
        <w:spacing w:after="120"/>
      </w:pPr>
      <w:r>
        <w:rPr>
          <w:i/>
          <w:color w:val="8A9196"/>
          <w:sz w:val="19"/>
        </w:rPr>
        <w:t>Describe your motivation, your fit with the Institute's mission, and the academic work you hope to pursue through its platform.</w:t>
      </w:r>
    </w:p>
    <w:p w14:paraId="42AA495D" w14:textId="77777777" w:rsidR="000D3CEC" w:rsidRDefault="00C64150">
      <w:pPr>
        <w:pBdr>
          <w:bottom w:val="single" w:sz="6" w:space="1" w:color="DADDDD"/>
        </w:pBdr>
      </w:pPr>
      <w:r>
        <w:rPr>
          <w:sz w:val="16"/>
        </w:rPr>
        <w:t xml:space="preserve"> </w:t>
      </w:r>
    </w:p>
    <w:p w14:paraId="19CD4FD3" w14:textId="77777777" w:rsidR="000D3CEC" w:rsidRDefault="00C64150">
      <w:pPr>
        <w:pBdr>
          <w:bottom w:val="single" w:sz="6" w:space="1" w:color="DADDDD"/>
        </w:pBdr>
      </w:pPr>
      <w:r>
        <w:rPr>
          <w:sz w:val="16"/>
        </w:rPr>
        <w:t xml:space="preserve"> </w:t>
      </w:r>
    </w:p>
    <w:p w14:paraId="747C1FBA" w14:textId="77777777" w:rsidR="000D3CEC" w:rsidRDefault="000D3CEC">
      <w:pPr>
        <w:spacing w:after="40"/>
      </w:pPr>
    </w:p>
    <w:p w14:paraId="58DA06C0" w14:textId="77777777" w:rsidR="000D3CEC" w:rsidRDefault="00C64150">
      <w:pPr>
        <w:spacing w:before="200" w:after="40"/>
      </w:pPr>
      <w:r>
        <w:rPr>
          <w:b/>
          <w:color w:val="1F2326"/>
          <w:sz w:val="24"/>
        </w:rPr>
        <w:t>2. Research plan for the next 1–3 years</w:t>
      </w:r>
    </w:p>
    <w:p w14:paraId="3F41C80B" w14:textId="77777777" w:rsidR="000D3CEC" w:rsidRDefault="00C64150">
      <w:pPr>
        <w:spacing w:after="120"/>
      </w:pPr>
      <w:r>
        <w:rPr>
          <w:i/>
          <w:color w:val="8A9196"/>
          <w:sz w:val="19"/>
        </w:rPr>
        <w:t>Describe future research themes, expected outcomes, publication plans, project plans, report plans, and how they connect with the Institute.</w:t>
      </w:r>
    </w:p>
    <w:p w14:paraId="59A43519" w14:textId="77777777" w:rsidR="000D3CEC" w:rsidRDefault="00C64150">
      <w:pPr>
        <w:pBdr>
          <w:bottom w:val="single" w:sz="6" w:space="1" w:color="DADDDD"/>
        </w:pBdr>
      </w:pPr>
      <w:r>
        <w:rPr>
          <w:sz w:val="16"/>
        </w:rPr>
        <w:t xml:space="preserve"> </w:t>
      </w:r>
    </w:p>
    <w:p w14:paraId="0B95D787" w14:textId="77777777" w:rsidR="000D3CEC" w:rsidRDefault="00C64150">
      <w:pPr>
        <w:pBdr>
          <w:bottom w:val="single" w:sz="6" w:space="1" w:color="DADDDD"/>
        </w:pBdr>
      </w:pPr>
      <w:r>
        <w:rPr>
          <w:sz w:val="16"/>
        </w:rPr>
        <w:t xml:space="preserve"> </w:t>
      </w:r>
    </w:p>
    <w:p w14:paraId="0E7A088C" w14:textId="77777777" w:rsidR="000D3CEC" w:rsidRDefault="000D3CEC">
      <w:pPr>
        <w:spacing w:after="40"/>
      </w:pPr>
    </w:p>
    <w:p w14:paraId="7AA6A6AB" w14:textId="77777777" w:rsidR="000D3CEC" w:rsidRDefault="00C64150">
      <w:pPr>
        <w:spacing w:before="200" w:after="40"/>
      </w:pPr>
      <w:r>
        <w:rPr>
          <w:b/>
          <w:color w:val="1F2326"/>
          <w:sz w:val="24"/>
        </w:rPr>
        <w:t>3. Contributions you can offer the Institute</w:t>
      </w:r>
    </w:p>
    <w:p w14:paraId="6654D6B8" w14:textId="77777777" w:rsidR="000D3CEC" w:rsidRDefault="00C64150">
      <w:pPr>
        <w:spacing w:after="120"/>
      </w:pPr>
      <w:r>
        <w:rPr>
          <w:i/>
          <w:color w:val="8A9196"/>
          <w:sz w:val="19"/>
        </w:rPr>
        <w:t>May include publications, grant applications, research reports, policy briefs, conferences, international collaboration, journal development, database building, course development, and academic outreach.</w:t>
      </w:r>
    </w:p>
    <w:p w14:paraId="5FBE408F" w14:textId="77777777" w:rsidR="000D3CEC" w:rsidRDefault="00C64150">
      <w:pPr>
        <w:pBdr>
          <w:bottom w:val="single" w:sz="6" w:space="1" w:color="DADDDD"/>
        </w:pBdr>
      </w:pPr>
      <w:r>
        <w:rPr>
          <w:sz w:val="16"/>
        </w:rPr>
        <w:t xml:space="preserve"> </w:t>
      </w:r>
    </w:p>
    <w:p w14:paraId="20BFA77C" w14:textId="77777777" w:rsidR="000D3CEC" w:rsidRDefault="00C64150">
      <w:pPr>
        <w:pBdr>
          <w:bottom w:val="single" w:sz="6" w:space="1" w:color="DADDDD"/>
        </w:pBdr>
      </w:pPr>
      <w:r>
        <w:rPr>
          <w:sz w:val="16"/>
        </w:rPr>
        <w:t xml:space="preserve"> </w:t>
      </w:r>
    </w:p>
    <w:p w14:paraId="73890B59" w14:textId="77777777" w:rsidR="000D3CEC" w:rsidRDefault="000D3CEC">
      <w:pPr>
        <w:spacing w:after="40"/>
      </w:pPr>
    </w:p>
    <w:p w14:paraId="6B854439" w14:textId="77777777" w:rsidR="000D3CEC" w:rsidRDefault="00C64150">
      <w:r>
        <w:br w:type="page"/>
      </w:r>
    </w:p>
    <w:p w14:paraId="72973850" w14:textId="77777777" w:rsidR="000D3CEC" w:rsidRDefault="00C64150">
      <w:pPr>
        <w:spacing w:before="80" w:after="40"/>
      </w:pPr>
      <w:r>
        <w:rPr>
          <w:rFonts w:ascii="Consolas" w:eastAsia="Consolas" w:hAnsi="Consolas"/>
          <w:color w:val="8A9196"/>
          <w:sz w:val="20"/>
        </w:rPr>
        <w:lastRenderedPageBreak/>
        <w:t>PART TEN</w:t>
      </w:r>
    </w:p>
    <w:p w14:paraId="2E584DC6" w14:textId="77777777" w:rsidR="000D3CEC" w:rsidRDefault="00C64150">
      <w:pPr>
        <w:spacing w:after="80"/>
      </w:pPr>
      <w:r>
        <w:rPr>
          <w:rFonts w:ascii="Georgia" w:eastAsia="Georgia" w:hAnsi="Georgia"/>
          <w:b/>
          <w:color w:val="1F2326"/>
          <w:sz w:val="38"/>
        </w:rPr>
        <w:t>10. Commitment &amp; Time Allocation</w:t>
      </w:r>
    </w:p>
    <w:p w14:paraId="0CAC7063" w14:textId="77777777" w:rsidR="000D3CEC" w:rsidRDefault="000D3CEC">
      <w:pPr>
        <w:pBdr>
          <w:bottom w:val="single" w:sz="10" w:space="1" w:color="1F2326"/>
        </w:pBdr>
        <w:spacing w:after="280"/>
      </w:pPr>
    </w:p>
    <w:p w14:paraId="4E603611" w14:textId="77777777" w:rsidR="000D3CEC" w:rsidRDefault="00C64150">
      <w:pPr>
        <w:spacing w:before="200" w:after="40"/>
      </w:pPr>
      <w:r>
        <w:rPr>
          <w:b/>
          <w:color w:val="1F2326"/>
          <w:sz w:val="24"/>
        </w:rPr>
        <w:t>Estimated time available per month</w:t>
      </w:r>
    </w:p>
    <w:tbl>
      <w:tblPr>
        <w:tblW w:w="0" w:type="auto"/>
        <w:tblLook w:val="04A0" w:firstRow="1" w:lastRow="0" w:firstColumn="1" w:lastColumn="0" w:noHBand="0" w:noVBand="1"/>
      </w:tblPr>
      <w:tblGrid>
        <w:gridCol w:w="3024"/>
        <w:gridCol w:w="3024"/>
        <w:gridCol w:w="3024"/>
      </w:tblGrid>
      <w:tr w:rsidR="000D3CEC" w14:paraId="2859CF59" w14:textId="77777777">
        <w:tc>
          <w:tcPr>
            <w:tcW w:w="3024" w:type="dxa"/>
            <w:tcBorders>
              <w:top w:val="nil"/>
              <w:left w:val="nil"/>
              <w:bottom w:val="nil"/>
              <w:right w:val="nil"/>
            </w:tcBorders>
          </w:tcPr>
          <w:p w14:paraId="5C071B8A" w14:textId="77777777" w:rsidR="000D3CEC" w:rsidRDefault="00C64150">
            <w:pPr>
              <w:spacing w:after="120"/>
            </w:pPr>
            <w:r>
              <w:rPr>
                <w:color w:val="5C6368"/>
                <w:sz w:val="20"/>
              </w:rPr>
              <w:t>☐</w:t>
            </w:r>
            <w:r>
              <w:rPr>
                <w:color w:val="5C6368"/>
                <w:sz w:val="20"/>
              </w:rPr>
              <w:t xml:space="preserve">  1–3 hours</w:t>
            </w:r>
          </w:p>
        </w:tc>
        <w:tc>
          <w:tcPr>
            <w:tcW w:w="3024" w:type="dxa"/>
            <w:tcBorders>
              <w:top w:val="nil"/>
              <w:left w:val="nil"/>
              <w:bottom w:val="nil"/>
              <w:right w:val="nil"/>
            </w:tcBorders>
          </w:tcPr>
          <w:p w14:paraId="17B87685" w14:textId="77777777" w:rsidR="000D3CEC" w:rsidRDefault="00C64150">
            <w:pPr>
              <w:spacing w:after="120"/>
            </w:pPr>
            <w:r>
              <w:rPr>
                <w:color w:val="5C6368"/>
                <w:sz w:val="20"/>
              </w:rPr>
              <w:t>☐</w:t>
            </w:r>
            <w:r>
              <w:rPr>
                <w:color w:val="5C6368"/>
                <w:sz w:val="20"/>
              </w:rPr>
              <w:t xml:space="preserve">  4–8 hours</w:t>
            </w:r>
          </w:p>
        </w:tc>
        <w:tc>
          <w:tcPr>
            <w:tcW w:w="3024" w:type="dxa"/>
            <w:tcBorders>
              <w:top w:val="nil"/>
              <w:left w:val="nil"/>
              <w:bottom w:val="nil"/>
              <w:right w:val="nil"/>
            </w:tcBorders>
          </w:tcPr>
          <w:p w14:paraId="1AA789AF" w14:textId="77777777" w:rsidR="000D3CEC" w:rsidRDefault="00C64150">
            <w:pPr>
              <w:spacing w:after="120"/>
            </w:pPr>
            <w:r>
              <w:rPr>
                <w:color w:val="5C6368"/>
                <w:sz w:val="20"/>
              </w:rPr>
              <w:t>☐</w:t>
            </w:r>
            <w:r>
              <w:rPr>
                <w:color w:val="5C6368"/>
                <w:sz w:val="20"/>
              </w:rPr>
              <w:t xml:space="preserve">  9–15 hours</w:t>
            </w:r>
          </w:p>
        </w:tc>
      </w:tr>
      <w:tr w:rsidR="000D3CEC" w14:paraId="47FAD797" w14:textId="77777777">
        <w:tc>
          <w:tcPr>
            <w:tcW w:w="3024" w:type="dxa"/>
            <w:tcBorders>
              <w:top w:val="nil"/>
              <w:left w:val="nil"/>
              <w:bottom w:val="nil"/>
              <w:right w:val="nil"/>
            </w:tcBorders>
          </w:tcPr>
          <w:p w14:paraId="18745BD5" w14:textId="77777777" w:rsidR="000D3CEC" w:rsidRDefault="00C64150">
            <w:pPr>
              <w:spacing w:after="120"/>
            </w:pPr>
            <w:r>
              <w:rPr>
                <w:color w:val="5C6368"/>
                <w:sz w:val="20"/>
              </w:rPr>
              <w:t>☐</w:t>
            </w:r>
            <w:r>
              <w:rPr>
                <w:color w:val="5C6368"/>
                <w:sz w:val="20"/>
              </w:rPr>
              <w:t xml:space="preserve">  More than 15 hours</w:t>
            </w:r>
          </w:p>
        </w:tc>
        <w:tc>
          <w:tcPr>
            <w:tcW w:w="3024" w:type="dxa"/>
            <w:tcBorders>
              <w:top w:val="nil"/>
              <w:left w:val="nil"/>
              <w:bottom w:val="nil"/>
              <w:right w:val="nil"/>
            </w:tcBorders>
          </w:tcPr>
          <w:p w14:paraId="42F3AD55" w14:textId="77777777" w:rsidR="000D3CEC" w:rsidRDefault="00C64150">
            <w:pPr>
              <w:spacing w:after="120"/>
            </w:pPr>
            <w:r>
              <w:rPr>
                <w:color w:val="5C6368"/>
                <w:sz w:val="20"/>
              </w:rPr>
              <w:t>☐</w:t>
            </w:r>
            <w:r>
              <w:rPr>
                <w:color w:val="5C6368"/>
                <w:sz w:val="20"/>
              </w:rPr>
              <w:t xml:space="preserve">  Other</w:t>
            </w:r>
          </w:p>
        </w:tc>
        <w:tc>
          <w:tcPr>
            <w:tcW w:w="3024" w:type="dxa"/>
            <w:tcBorders>
              <w:top w:val="nil"/>
              <w:left w:val="nil"/>
              <w:bottom w:val="nil"/>
              <w:right w:val="nil"/>
            </w:tcBorders>
          </w:tcPr>
          <w:p w14:paraId="194D5D23" w14:textId="77777777" w:rsidR="000D3CEC" w:rsidRDefault="000D3CEC">
            <w:pPr>
              <w:spacing w:after="120"/>
            </w:pPr>
          </w:p>
        </w:tc>
      </w:tr>
    </w:tbl>
    <w:p w14:paraId="7D2D8774" w14:textId="77777777" w:rsidR="000D3CEC" w:rsidRDefault="000D3CEC">
      <w:pPr>
        <w:spacing w:after="40"/>
      </w:pPr>
    </w:p>
    <w:p w14:paraId="56B277E8" w14:textId="77777777" w:rsidR="000D3CEC" w:rsidRDefault="00C64150">
      <w:pPr>
        <w:spacing w:before="200" w:after="40"/>
      </w:pPr>
      <w:r>
        <w:rPr>
          <w:b/>
          <w:color w:val="1F2326"/>
          <w:sz w:val="24"/>
        </w:rPr>
        <w:t>Institute activities you can take part in</w:t>
      </w:r>
    </w:p>
    <w:tbl>
      <w:tblPr>
        <w:tblW w:w="0" w:type="auto"/>
        <w:tblLook w:val="04A0" w:firstRow="1" w:lastRow="0" w:firstColumn="1" w:lastColumn="0" w:noHBand="0" w:noVBand="1"/>
      </w:tblPr>
      <w:tblGrid>
        <w:gridCol w:w="4536"/>
        <w:gridCol w:w="4536"/>
      </w:tblGrid>
      <w:tr w:rsidR="000D3CEC" w14:paraId="7DA64AE8" w14:textId="77777777">
        <w:tc>
          <w:tcPr>
            <w:tcW w:w="4536" w:type="dxa"/>
            <w:tcBorders>
              <w:top w:val="nil"/>
              <w:left w:val="nil"/>
              <w:bottom w:val="nil"/>
              <w:right w:val="nil"/>
            </w:tcBorders>
          </w:tcPr>
          <w:p w14:paraId="17AEE869" w14:textId="77777777" w:rsidR="000D3CEC" w:rsidRDefault="00C64150">
            <w:pPr>
              <w:spacing w:after="120"/>
            </w:pPr>
            <w:r>
              <w:rPr>
                <w:color w:val="5C6368"/>
                <w:sz w:val="20"/>
              </w:rPr>
              <w:t>☐</w:t>
            </w:r>
            <w:r>
              <w:rPr>
                <w:color w:val="5C6368"/>
                <w:sz w:val="20"/>
              </w:rPr>
              <w:t xml:space="preserve">  Research projects</w:t>
            </w:r>
          </w:p>
        </w:tc>
        <w:tc>
          <w:tcPr>
            <w:tcW w:w="4536" w:type="dxa"/>
            <w:tcBorders>
              <w:top w:val="nil"/>
              <w:left w:val="nil"/>
              <w:bottom w:val="nil"/>
              <w:right w:val="nil"/>
            </w:tcBorders>
          </w:tcPr>
          <w:p w14:paraId="2C16B18D" w14:textId="77777777" w:rsidR="000D3CEC" w:rsidRDefault="00C64150">
            <w:pPr>
              <w:spacing w:after="120"/>
            </w:pPr>
            <w:r>
              <w:rPr>
                <w:color w:val="5C6368"/>
                <w:sz w:val="20"/>
              </w:rPr>
              <w:t>☐</w:t>
            </w:r>
            <w:r>
              <w:rPr>
                <w:color w:val="5C6368"/>
                <w:sz w:val="20"/>
              </w:rPr>
              <w:t xml:space="preserve">  Research reports / policy briefs</w:t>
            </w:r>
          </w:p>
        </w:tc>
      </w:tr>
      <w:tr w:rsidR="000D3CEC" w14:paraId="553D0BB1" w14:textId="77777777">
        <w:tc>
          <w:tcPr>
            <w:tcW w:w="4536" w:type="dxa"/>
            <w:tcBorders>
              <w:top w:val="nil"/>
              <w:left w:val="nil"/>
              <w:bottom w:val="nil"/>
              <w:right w:val="nil"/>
            </w:tcBorders>
          </w:tcPr>
          <w:p w14:paraId="6F949A91" w14:textId="77777777" w:rsidR="000D3CEC" w:rsidRDefault="00C64150">
            <w:pPr>
              <w:spacing w:after="120"/>
            </w:pPr>
            <w:r>
              <w:rPr>
                <w:color w:val="5C6368"/>
                <w:sz w:val="20"/>
              </w:rPr>
              <w:t>☐</w:t>
            </w:r>
            <w:r>
              <w:rPr>
                <w:color w:val="5C6368"/>
                <w:sz w:val="20"/>
              </w:rPr>
              <w:t xml:space="preserve">  Working papers</w:t>
            </w:r>
          </w:p>
        </w:tc>
        <w:tc>
          <w:tcPr>
            <w:tcW w:w="4536" w:type="dxa"/>
            <w:tcBorders>
              <w:top w:val="nil"/>
              <w:left w:val="nil"/>
              <w:bottom w:val="nil"/>
              <w:right w:val="nil"/>
            </w:tcBorders>
          </w:tcPr>
          <w:p w14:paraId="32FAA948" w14:textId="77777777" w:rsidR="000D3CEC" w:rsidRDefault="00C64150">
            <w:pPr>
              <w:spacing w:after="120"/>
            </w:pPr>
            <w:r>
              <w:rPr>
                <w:color w:val="5C6368"/>
                <w:sz w:val="20"/>
              </w:rPr>
              <w:t>☐</w:t>
            </w:r>
            <w:r>
              <w:rPr>
                <w:color w:val="5C6368"/>
                <w:sz w:val="20"/>
              </w:rPr>
              <w:t xml:space="preserve">  Edited volumes / monographs</w:t>
            </w:r>
          </w:p>
        </w:tc>
      </w:tr>
      <w:tr w:rsidR="000D3CEC" w14:paraId="044DE7E2" w14:textId="77777777">
        <w:tc>
          <w:tcPr>
            <w:tcW w:w="4536" w:type="dxa"/>
            <w:tcBorders>
              <w:top w:val="nil"/>
              <w:left w:val="nil"/>
              <w:bottom w:val="nil"/>
              <w:right w:val="nil"/>
            </w:tcBorders>
          </w:tcPr>
          <w:p w14:paraId="21F66BA8" w14:textId="77777777" w:rsidR="000D3CEC" w:rsidRDefault="00C64150">
            <w:pPr>
              <w:spacing w:after="120"/>
            </w:pPr>
            <w:r>
              <w:rPr>
                <w:color w:val="5C6368"/>
                <w:sz w:val="20"/>
              </w:rPr>
              <w:t>☐</w:t>
            </w:r>
            <w:r>
              <w:rPr>
                <w:color w:val="5C6368"/>
                <w:sz w:val="20"/>
              </w:rPr>
              <w:t xml:space="preserve">  Conferences / seminars</w:t>
            </w:r>
          </w:p>
        </w:tc>
        <w:tc>
          <w:tcPr>
            <w:tcW w:w="4536" w:type="dxa"/>
            <w:tcBorders>
              <w:top w:val="nil"/>
              <w:left w:val="nil"/>
              <w:bottom w:val="nil"/>
              <w:right w:val="nil"/>
            </w:tcBorders>
          </w:tcPr>
          <w:p w14:paraId="058CC428" w14:textId="77777777" w:rsidR="000D3CEC" w:rsidRDefault="00C64150">
            <w:pPr>
              <w:spacing w:after="120"/>
            </w:pPr>
            <w:r>
              <w:rPr>
                <w:color w:val="5C6368"/>
                <w:sz w:val="20"/>
              </w:rPr>
              <w:t>☐</w:t>
            </w:r>
            <w:r>
              <w:rPr>
                <w:color w:val="5C6368"/>
                <w:sz w:val="20"/>
              </w:rPr>
              <w:t xml:space="preserve">  Lectures / training courses</w:t>
            </w:r>
          </w:p>
        </w:tc>
      </w:tr>
      <w:tr w:rsidR="000D3CEC" w14:paraId="457E1EB5" w14:textId="77777777">
        <w:tc>
          <w:tcPr>
            <w:tcW w:w="4536" w:type="dxa"/>
            <w:tcBorders>
              <w:top w:val="nil"/>
              <w:left w:val="nil"/>
              <w:bottom w:val="nil"/>
              <w:right w:val="nil"/>
            </w:tcBorders>
          </w:tcPr>
          <w:p w14:paraId="3BC5892A" w14:textId="77777777" w:rsidR="000D3CEC" w:rsidRDefault="00C64150">
            <w:pPr>
              <w:spacing w:after="120"/>
            </w:pPr>
            <w:r>
              <w:rPr>
                <w:color w:val="5C6368"/>
                <w:sz w:val="20"/>
              </w:rPr>
              <w:t>☐</w:t>
            </w:r>
            <w:r>
              <w:rPr>
                <w:color w:val="5C6368"/>
                <w:sz w:val="20"/>
              </w:rPr>
              <w:t xml:space="preserve">  Journal development / peer review</w:t>
            </w:r>
          </w:p>
        </w:tc>
        <w:tc>
          <w:tcPr>
            <w:tcW w:w="4536" w:type="dxa"/>
            <w:tcBorders>
              <w:top w:val="nil"/>
              <w:left w:val="nil"/>
              <w:bottom w:val="nil"/>
              <w:right w:val="nil"/>
            </w:tcBorders>
          </w:tcPr>
          <w:p w14:paraId="242BF5B6" w14:textId="77777777" w:rsidR="000D3CEC" w:rsidRDefault="00C64150">
            <w:pPr>
              <w:spacing w:after="120"/>
            </w:pPr>
            <w:r>
              <w:rPr>
                <w:color w:val="5C6368"/>
                <w:sz w:val="20"/>
              </w:rPr>
              <w:t>☐</w:t>
            </w:r>
            <w:r>
              <w:rPr>
                <w:color w:val="5C6368"/>
                <w:sz w:val="20"/>
              </w:rPr>
              <w:t xml:space="preserve">  Database / index building</w:t>
            </w:r>
          </w:p>
        </w:tc>
      </w:tr>
      <w:tr w:rsidR="000D3CEC" w14:paraId="7E60E24D" w14:textId="77777777">
        <w:tc>
          <w:tcPr>
            <w:tcW w:w="4536" w:type="dxa"/>
            <w:tcBorders>
              <w:top w:val="nil"/>
              <w:left w:val="nil"/>
              <w:bottom w:val="nil"/>
              <w:right w:val="nil"/>
            </w:tcBorders>
          </w:tcPr>
          <w:p w14:paraId="126CEC8F" w14:textId="77777777" w:rsidR="000D3CEC" w:rsidRDefault="00C64150">
            <w:pPr>
              <w:spacing w:after="120"/>
            </w:pPr>
            <w:r>
              <w:rPr>
                <w:color w:val="5C6368"/>
                <w:sz w:val="20"/>
              </w:rPr>
              <w:t>☐</w:t>
            </w:r>
            <w:r>
              <w:rPr>
                <w:color w:val="5C6368"/>
                <w:sz w:val="20"/>
              </w:rPr>
              <w:t xml:space="preserve">  International collaboration</w:t>
            </w:r>
          </w:p>
        </w:tc>
        <w:tc>
          <w:tcPr>
            <w:tcW w:w="4536" w:type="dxa"/>
            <w:tcBorders>
              <w:top w:val="nil"/>
              <w:left w:val="nil"/>
              <w:bottom w:val="nil"/>
              <w:right w:val="nil"/>
            </w:tcBorders>
          </w:tcPr>
          <w:p w14:paraId="77BBE584" w14:textId="77777777" w:rsidR="000D3CEC" w:rsidRDefault="00C64150">
            <w:pPr>
              <w:spacing w:after="120"/>
            </w:pPr>
            <w:r>
              <w:rPr>
                <w:color w:val="5C6368"/>
                <w:sz w:val="20"/>
              </w:rPr>
              <w:t>☐</w:t>
            </w:r>
            <w:r>
              <w:rPr>
                <w:color w:val="5C6368"/>
                <w:sz w:val="20"/>
              </w:rPr>
              <w:t xml:space="preserve">  Other</w:t>
            </w:r>
          </w:p>
        </w:tc>
      </w:tr>
    </w:tbl>
    <w:p w14:paraId="65D68CCC" w14:textId="77777777" w:rsidR="000D3CEC" w:rsidRDefault="000D3CEC">
      <w:pPr>
        <w:spacing w:after="40"/>
      </w:pPr>
    </w:p>
    <w:p w14:paraId="72E44C71" w14:textId="77777777" w:rsidR="000D3CEC" w:rsidRDefault="00C64150">
      <w:pPr>
        <w:spacing w:before="200" w:after="40"/>
      </w:pPr>
      <w:r>
        <w:rPr>
          <w:b/>
          <w:color w:val="1F2326"/>
          <w:sz w:val="24"/>
        </w:rPr>
        <w:t>Minimum annual contribution intended</w:t>
      </w:r>
    </w:p>
    <w:tbl>
      <w:tblPr>
        <w:tblW w:w="0" w:type="auto"/>
        <w:tblLook w:val="04A0" w:firstRow="1" w:lastRow="0" w:firstColumn="1" w:lastColumn="0" w:noHBand="0" w:noVBand="1"/>
      </w:tblPr>
      <w:tblGrid>
        <w:gridCol w:w="9072"/>
      </w:tblGrid>
      <w:tr w:rsidR="000D3CEC" w14:paraId="59FD4341" w14:textId="77777777">
        <w:tc>
          <w:tcPr>
            <w:tcW w:w="9072" w:type="dxa"/>
            <w:tcBorders>
              <w:top w:val="nil"/>
              <w:left w:val="nil"/>
              <w:bottom w:val="nil"/>
              <w:right w:val="nil"/>
            </w:tcBorders>
          </w:tcPr>
          <w:p w14:paraId="3B557F31" w14:textId="77777777" w:rsidR="000D3CEC" w:rsidRDefault="00C64150">
            <w:pPr>
              <w:spacing w:after="120"/>
            </w:pPr>
            <w:r>
              <w:rPr>
                <w:color w:val="5C6368"/>
                <w:sz w:val="20"/>
              </w:rPr>
              <w:t>☐</w:t>
            </w:r>
            <w:r>
              <w:rPr>
                <w:color w:val="5C6368"/>
                <w:sz w:val="20"/>
              </w:rPr>
              <w:t xml:space="preserve">  Submit at least one research output per year</w:t>
            </w:r>
          </w:p>
        </w:tc>
      </w:tr>
      <w:tr w:rsidR="000D3CEC" w14:paraId="6FC51F01" w14:textId="77777777">
        <w:tc>
          <w:tcPr>
            <w:tcW w:w="9072" w:type="dxa"/>
            <w:tcBorders>
              <w:top w:val="nil"/>
              <w:left w:val="nil"/>
              <w:bottom w:val="nil"/>
              <w:right w:val="nil"/>
            </w:tcBorders>
          </w:tcPr>
          <w:p w14:paraId="640A0740" w14:textId="77777777" w:rsidR="000D3CEC" w:rsidRDefault="00C64150">
            <w:pPr>
              <w:spacing w:after="120"/>
            </w:pPr>
            <w:r>
              <w:rPr>
                <w:color w:val="5C6368"/>
                <w:sz w:val="20"/>
              </w:rPr>
              <w:t>☐</w:t>
            </w:r>
            <w:r>
              <w:rPr>
                <w:color w:val="5C6368"/>
                <w:sz w:val="20"/>
              </w:rPr>
              <w:t xml:space="preserve">  Take part in at least one Institute event per year</w:t>
            </w:r>
          </w:p>
        </w:tc>
      </w:tr>
      <w:tr w:rsidR="000D3CEC" w14:paraId="49F136FB" w14:textId="77777777">
        <w:tc>
          <w:tcPr>
            <w:tcW w:w="9072" w:type="dxa"/>
            <w:tcBorders>
              <w:top w:val="nil"/>
              <w:left w:val="nil"/>
              <w:bottom w:val="nil"/>
              <w:right w:val="nil"/>
            </w:tcBorders>
          </w:tcPr>
          <w:p w14:paraId="784353C2" w14:textId="77777777" w:rsidR="000D3CEC" w:rsidRDefault="00C64150">
            <w:pPr>
              <w:spacing w:after="120"/>
            </w:pPr>
            <w:r>
              <w:rPr>
                <w:color w:val="5C6368"/>
                <w:sz w:val="20"/>
              </w:rPr>
              <w:t>☐</w:t>
            </w:r>
            <w:r>
              <w:rPr>
                <w:color w:val="5C6368"/>
                <w:sz w:val="20"/>
              </w:rPr>
              <w:t xml:space="preserve">  Take part in at least one research project per year</w:t>
            </w:r>
          </w:p>
        </w:tc>
      </w:tr>
      <w:tr w:rsidR="000D3CEC" w14:paraId="68BE484C" w14:textId="77777777">
        <w:tc>
          <w:tcPr>
            <w:tcW w:w="9072" w:type="dxa"/>
            <w:tcBorders>
              <w:top w:val="nil"/>
              <w:left w:val="nil"/>
              <w:bottom w:val="nil"/>
              <w:right w:val="nil"/>
            </w:tcBorders>
          </w:tcPr>
          <w:p w14:paraId="45D71E9D" w14:textId="77777777" w:rsidR="000D3CEC" w:rsidRDefault="00C64150">
            <w:pPr>
              <w:spacing w:after="120"/>
            </w:pPr>
            <w:r>
              <w:rPr>
                <w:color w:val="5C6368"/>
                <w:sz w:val="20"/>
              </w:rPr>
              <w:t>☐</w:t>
            </w:r>
            <w:r>
              <w:rPr>
                <w:color w:val="5C6368"/>
                <w:sz w:val="20"/>
              </w:rPr>
              <w:t xml:space="preserve">  To be agreed with the Institute</w:t>
            </w:r>
          </w:p>
        </w:tc>
      </w:tr>
      <w:tr w:rsidR="000D3CEC" w14:paraId="7DE76EAB" w14:textId="77777777">
        <w:tc>
          <w:tcPr>
            <w:tcW w:w="9072" w:type="dxa"/>
            <w:tcBorders>
              <w:top w:val="nil"/>
              <w:left w:val="nil"/>
              <w:bottom w:val="nil"/>
              <w:right w:val="nil"/>
            </w:tcBorders>
          </w:tcPr>
          <w:p w14:paraId="66E86E96" w14:textId="77777777" w:rsidR="000D3CEC" w:rsidRDefault="00C64150">
            <w:pPr>
              <w:spacing w:after="120"/>
            </w:pPr>
            <w:r>
              <w:rPr>
                <w:color w:val="5C6368"/>
                <w:sz w:val="20"/>
              </w:rPr>
              <w:t>☐</w:t>
            </w:r>
            <w:r>
              <w:rPr>
                <w:color w:val="5C6368"/>
                <w:sz w:val="20"/>
              </w:rPr>
              <w:t xml:space="preserve">  Other</w:t>
            </w:r>
          </w:p>
        </w:tc>
      </w:tr>
    </w:tbl>
    <w:p w14:paraId="328D91D4" w14:textId="77777777" w:rsidR="000D3CEC" w:rsidRDefault="000D3CEC">
      <w:pPr>
        <w:spacing w:after="40"/>
      </w:pPr>
    </w:p>
    <w:p w14:paraId="7C2047A8" w14:textId="77777777" w:rsidR="000D3CEC" w:rsidRDefault="00C64150">
      <w:r>
        <w:br w:type="page"/>
      </w:r>
    </w:p>
    <w:p w14:paraId="7D69E978" w14:textId="77777777" w:rsidR="000D3CEC" w:rsidRDefault="00C64150">
      <w:pPr>
        <w:spacing w:before="80" w:after="40"/>
      </w:pPr>
      <w:r>
        <w:rPr>
          <w:rFonts w:ascii="Consolas" w:eastAsia="Consolas" w:hAnsi="Consolas"/>
          <w:color w:val="8A9196"/>
          <w:sz w:val="20"/>
        </w:rPr>
        <w:lastRenderedPageBreak/>
        <w:t>PART ELEVEN</w:t>
      </w:r>
    </w:p>
    <w:p w14:paraId="632EA118" w14:textId="77777777" w:rsidR="000D3CEC" w:rsidRDefault="00C64150">
      <w:pPr>
        <w:spacing w:after="80"/>
      </w:pPr>
      <w:r>
        <w:rPr>
          <w:rFonts w:ascii="Georgia" w:eastAsia="Georgia" w:hAnsi="Georgia"/>
          <w:b/>
          <w:color w:val="1F2326"/>
          <w:sz w:val="38"/>
        </w:rPr>
        <w:t>11. Languages &amp; Professional Skills</w:t>
      </w:r>
    </w:p>
    <w:p w14:paraId="0EE70358" w14:textId="77777777" w:rsidR="000D3CEC" w:rsidRDefault="000D3CEC">
      <w:pPr>
        <w:pBdr>
          <w:bottom w:val="single" w:sz="10" w:space="1" w:color="1F2326"/>
        </w:pBdr>
        <w:spacing w:after="280"/>
      </w:pPr>
    </w:p>
    <w:p w14:paraId="4F77F07A" w14:textId="77777777" w:rsidR="000D3CEC" w:rsidRDefault="00C64150">
      <w:pPr>
        <w:spacing w:before="200" w:after="40"/>
      </w:pPr>
      <w:r>
        <w:rPr>
          <w:b/>
          <w:color w:val="1F2326"/>
          <w:sz w:val="24"/>
        </w:rPr>
        <w:t>Language ability</w:t>
      </w:r>
    </w:p>
    <w:tbl>
      <w:tblPr>
        <w:tblW w:w="0" w:type="auto"/>
        <w:tblLook w:val="04A0" w:firstRow="1" w:lastRow="0" w:firstColumn="1" w:lastColumn="0" w:noHBand="0" w:noVBand="1"/>
      </w:tblPr>
      <w:tblGrid>
        <w:gridCol w:w="3024"/>
        <w:gridCol w:w="3024"/>
        <w:gridCol w:w="3024"/>
      </w:tblGrid>
      <w:tr w:rsidR="000D3CEC" w14:paraId="0CBBBFB2" w14:textId="77777777">
        <w:tc>
          <w:tcPr>
            <w:tcW w:w="3024" w:type="dxa"/>
            <w:tcBorders>
              <w:top w:val="nil"/>
              <w:left w:val="nil"/>
              <w:bottom w:val="nil"/>
              <w:right w:val="nil"/>
            </w:tcBorders>
          </w:tcPr>
          <w:p w14:paraId="47516A49" w14:textId="77777777" w:rsidR="000D3CEC" w:rsidRDefault="00C64150">
            <w:pPr>
              <w:spacing w:after="120"/>
            </w:pPr>
            <w:r>
              <w:rPr>
                <w:color w:val="5C6368"/>
                <w:sz w:val="20"/>
              </w:rPr>
              <w:t>☐</w:t>
            </w:r>
            <w:r>
              <w:rPr>
                <w:color w:val="5C6368"/>
                <w:sz w:val="20"/>
              </w:rPr>
              <w:t xml:space="preserve">  Chinese</w:t>
            </w:r>
          </w:p>
        </w:tc>
        <w:tc>
          <w:tcPr>
            <w:tcW w:w="3024" w:type="dxa"/>
            <w:tcBorders>
              <w:top w:val="nil"/>
              <w:left w:val="nil"/>
              <w:bottom w:val="nil"/>
              <w:right w:val="nil"/>
            </w:tcBorders>
          </w:tcPr>
          <w:p w14:paraId="196756ED" w14:textId="77777777" w:rsidR="000D3CEC" w:rsidRDefault="00C64150">
            <w:pPr>
              <w:spacing w:after="120"/>
            </w:pPr>
            <w:r>
              <w:rPr>
                <w:color w:val="5C6368"/>
                <w:sz w:val="20"/>
              </w:rPr>
              <w:t>☐</w:t>
            </w:r>
            <w:r>
              <w:rPr>
                <w:color w:val="5C6368"/>
                <w:sz w:val="20"/>
              </w:rPr>
              <w:t xml:space="preserve">  English</w:t>
            </w:r>
          </w:p>
        </w:tc>
        <w:tc>
          <w:tcPr>
            <w:tcW w:w="3024" w:type="dxa"/>
            <w:tcBorders>
              <w:top w:val="nil"/>
              <w:left w:val="nil"/>
              <w:bottom w:val="nil"/>
              <w:right w:val="nil"/>
            </w:tcBorders>
          </w:tcPr>
          <w:p w14:paraId="2C7E84DC" w14:textId="77777777" w:rsidR="000D3CEC" w:rsidRDefault="00C64150">
            <w:pPr>
              <w:spacing w:after="120"/>
            </w:pPr>
            <w:r>
              <w:rPr>
                <w:color w:val="5C6368"/>
                <w:sz w:val="20"/>
              </w:rPr>
              <w:t>☐</w:t>
            </w:r>
            <w:r>
              <w:rPr>
                <w:color w:val="5C6368"/>
                <w:sz w:val="20"/>
              </w:rPr>
              <w:t xml:space="preserve">  German</w:t>
            </w:r>
          </w:p>
        </w:tc>
      </w:tr>
      <w:tr w:rsidR="000D3CEC" w14:paraId="5B2E1315" w14:textId="77777777">
        <w:tc>
          <w:tcPr>
            <w:tcW w:w="3024" w:type="dxa"/>
            <w:tcBorders>
              <w:top w:val="nil"/>
              <w:left w:val="nil"/>
              <w:bottom w:val="nil"/>
              <w:right w:val="nil"/>
            </w:tcBorders>
          </w:tcPr>
          <w:p w14:paraId="19B5C5FD" w14:textId="77777777" w:rsidR="000D3CEC" w:rsidRDefault="00C64150">
            <w:pPr>
              <w:spacing w:after="120"/>
            </w:pPr>
            <w:r>
              <w:rPr>
                <w:color w:val="5C6368"/>
                <w:sz w:val="20"/>
              </w:rPr>
              <w:t>☐</w:t>
            </w:r>
            <w:r>
              <w:rPr>
                <w:color w:val="5C6368"/>
                <w:sz w:val="20"/>
              </w:rPr>
              <w:t xml:space="preserve">  Korean</w:t>
            </w:r>
          </w:p>
        </w:tc>
        <w:tc>
          <w:tcPr>
            <w:tcW w:w="3024" w:type="dxa"/>
            <w:tcBorders>
              <w:top w:val="nil"/>
              <w:left w:val="nil"/>
              <w:bottom w:val="nil"/>
              <w:right w:val="nil"/>
            </w:tcBorders>
          </w:tcPr>
          <w:p w14:paraId="6D7948D5" w14:textId="77777777" w:rsidR="000D3CEC" w:rsidRDefault="00C64150">
            <w:pPr>
              <w:spacing w:after="120"/>
            </w:pPr>
            <w:r>
              <w:rPr>
                <w:color w:val="5C6368"/>
                <w:sz w:val="20"/>
              </w:rPr>
              <w:t>☐</w:t>
            </w:r>
            <w:r>
              <w:rPr>
                <w:color w:val="5C6368"/>
                <w:sz w:val="20"/>
              </w:rPr>
              <w:t xml:space="preserve">  Japanese</w:t>
            </w:r>
          </w:p>
        </w:tc>
        <w:tc>
          <w:tcPr>
            <w:tcW w:w="3024" w:type="dxa"/>
            <w:tcBorders>
              <w:top w:val="nil"/>
              <w:left w:val="nil"/>
              <w:bottom w:val="nil"/>
              <w:right w:val="nil"/>
            </w:tcBorders>
          </w:tcPr>
          <w:p w14:paraId="60EC0FFC" w14:textId="77777777" w:rsidR="000D3CEC" w:rsidRDefault="00C64150">
            <w:pPr>
              <w:spacing w:after="120"/>
            </w:pPr>
            <w:r>
              <w:rPr>
                <w:color w:val="5C6368"/>
                <w:sz w:val="20"/>
              </w:rPr>
              <w:t>☐</w:t>
            </w:r>
            <w:r>
              <w:rPr>
                <w:color w:val="5C6368"/>
                <w:sz w:val="20"/>
              </w:rPr>
              <w:t xml:space="preserve">  Other</w:t>
            </w:r>
          </w:p>
        </w:tc>
      </w:tr>
    </w:tbl>
    <w:p w14:paraId="119EF2FC" w14:textId="77777777" w:rsidR="000D3CEC" w:rsidRDefault="000D3CEC">
      <w:pPr>
        <w:spacing w:after="40"/>
      </w:pPr>
    </w:p>
    <w:p w14:paraId="19DC65AC" w14:textId="77777777" w:rsidR="000D3CEC" w:rsidRDefault="00C64150">
      <w:pPr>
        <w:spacing w:before="200" w:after="40"/>
      </w:pPr>
      <w:r>
        <w:rPr>
          <w:b/>
          <w:color w:val="1F2326"/>
          <w:sz w:val="24"/>
        </w:rPr>
        <w:t>Research methods &amp; technical skills</w:t>
      </w:r>
    </w:p>
    <w:tbl>
      <w:tblPr>
        <w:tblW w:w="0" w:type="auto"/>
        <w:tblLook w:val="04A0" w:firstRow="1" w:lastRow="0" w:firstColumn="1" w:lastColumn="0" w:noHBand="0" w:noVBand="1"/>
      </w:tblPr>
      <w:tblGrid>
        <w:gridCol w:w="3024"/>
        <w:gridCol w:w="3024"/>
        <w:gridCol w:w="3024"/>
      </w:tblGrid>
      <w:tr w:rsidR="000D3CEC" w14:paraId="36FD177A" w14:textId="77777777">
        <w:tc>
          <w:tcPr>
            <w:tcW w:w="3024" w:type="dxa"/>
            <w:tcBorders>
              <w:top w:val="nil"/>
              <w:left w:val="nil"/>
              <w:bottom w:val="nil"/>
              <w:right w:val="nil"/>
            </w:tcBorders>
          </w:tcPr>
          <w:p w14:paraId="37352CD6" w14:textId="77777777" w:rsidR="000D3CEC" w:rsidRDefault="00C64150">
            <w:pPr>
              <w:spacing w:after="120"/>
            </w:pPr>
            <w:r>
              <w:rPr>
                <w:color w:val="5C6368"/>
                <w:sz w:val="20"/>
              </w:rPr>
              <w:t>☐</w:t>
            </w:r>
            <w:r>
              <w:rPr>
                <w:color w:val="5C6368"/>
                <w:sz w:val="20"/>
              </w:rPr>
              <w:t xml:space="preserve">  Quantitative</w:t>
            </w:r>
          </w:p>
        </w:tc>
        <w:tc>
          <w:tcPr>
            <w:tcW w:w="3024" w:type="dxa"/>
            <w:tcBorders>
              <w:top w:val="nil"/>
              <w:left w:val="nil"/>
              <w:bottom w:val="nil"/>
              <w:right w:val="nil"/>
            </w:tcBorders>
          </w:tcPr>
          <w:p w14:paraId="0E05CDCF" w14:textId="77777777" w:rsidR="000D3CEC" w:rsidRDefault="00C64150">
            <w:pPr>
              <w:spacing w:after="120"/>
            </w:pPr>
            <w:r>
              <w:rPr>
                <w:color w:val="5C6368"/>
                <w:sz w:val="20"/>
              </w:rPr>
              <w:t>☐</w:t>
            </w:r>
            <w:r>
              <w:rPr>
                <w:color w:val="5C6368"/>
                <w:sz w:val="20"/>
              </w:rPr>
              <w:t xml:space="preserve">  Qualitative</w:t>
            </w:r>
          </w:p>
        </w:tc>
        <w:tc>
          <w:tcPr>
            <w:tcW w:w="3024" w:type="dxa"/>
            <w:tcBorders>
              <w:top w:val="nil"/>
              <w:left w:val="nil"/>
              <w:bottom w:val="nil"/>
              <w:right w:val="nil"/>
            </w:tcBorders>
          </w:tcPr>
          <w:p w14:paraId="0FB53D4B" w14:textId="77777777" w:rsidR="000D3CEC" w:rsidRDefault="00C64150">
            <w:pPr>
              <w:spacing w:after="120"/>
            </w:pPr>
            <w:r>
              <w:rPr>
                <w:color w:val="5C6368"/>
                <w:sz w:val="20"/>
              </w:rPr>
              <w:t>☐</w:t>
            </w:r>
            <w:r>
              <w:rPr>
                <w:color w:val="5C6368"/>
                <w:sz w:val="20"/>
              </w:rPr>
              <w:t xml:space="preserve">  Mixed methods</w:t>
            </w:r>
          </w:p>
        </w:tc>
      </w:tr>
      <w:tr w:rsidR="000D3CEC" w14:paraId="7F1680A9" w14:textId="77777777">
        <w:tc>
          <w:tcPr>
            <w:tcW w:w="3024" w:type="dxa"/>
            <w:tcBorders>
              <w:top w:val="nil"/>
              <w:left w:val="nil"/>
              <w:bottom w:val="nil"/>
              <w:right w:val="nil"/>
            </w:tcBorders>
          </w:tcPr>
          <w:p w14:paraId="267A63C3" w14:textId="77777777" w:rsidR="000D3CEC" w:rsidRDefault="00C64150">
            <w:pPr>
              <w:spacing w:after="120"/>
            </w:pPr>
            <w:r>
              <w:rPr>
                <w:color w:val="5C6368"/>
                <w:sz w:val="20"/>
              </w:rPr>
              <w:t>☐</w:t>
            </w:r>
            <w:r>
              <w:rPr>
                <w:color w:val="5C6368"/>
                <w:sz w:val="20"/>
              </w:rPr>
              <w:t xml:space="preserve">  Comparative</w:t>
            </w:r>
          </w:p>
        </w:tc>
        <w:tc>
          <w:tcPr>
            <w:tcW w:w="3024" w:type="dxa"/>
            <w:tcBorders>
              <w:top w:val="nil"/>
              <w:left w:val="nil"/>
              <w:bottom w:val="nil"/>
              <w:right w:val="nil"/>
            </w:tcBorders>
          </w:tcPr>
          <w:p w14:paraId="4051EB68" w14:textId="77777777" w:rsidR="000D3CEC" w:rsidRDefault="00C64150">
            <w:pPr>
              <w:spacing w:after="120"/>
            </w:pPr>
            <w:r>
              <w:rPr>
                <w:color w:val="5C6368"/>
                <w:sz w:val="20"/>
              </w:rPr>
              <w:t>☐</w:t>
            </w:r>
            <w:r>
              <w:rPr>
                <w:color w:val="5C6368"/>
                <w:sz w:val="20"/>
              </w:rPr>
              <w:t xml:space="preserve">  Case study</w:t>
            </w:r>
          </w:p>
        </w:tc>
        <w:tc>
          <w:tcPr>
            <w:tcW w:w="3024" w:type="dxa"/>
            <w:tcBorders>
              <w:top w:val="nil"/>
              <w:left w:val="nil"/>
              <w:bottom w:val="nil"/>
              <w:right w:val="nil"/>
            </w:tcBorders>
          </w:tcPr>
          <w:p w14:paraId="21C0DE22" w14:textId="77777777" w:rsidR="000D3CEC" w:rsidRDefault="00C64150">
            <w:pPr>
              <w:spacing w:after="120"/>
            </w:pPr>
            <w:r>
              <w:rPr>
                <w:color w:val="5C6368"/>
                <w:sz w:val="20"/>
              </w:rPr>
              <w:t>☐</w:t>
            </w:r>
            <w:r>
              <w:rPr>
                <w:color w:val="5C6368"/>
                <w:sz w:val="20"/>
              </w:rPr>
              <w:t xml:space="preserve">  Bibliometrics</w:t>
            </w:r>
          </w:p>
        </w:tc>
      </w:tr>
      <w:tr w:rsidR="000D3CEC" w14:paraId="0E5A1BD7" w14:textId="77777777">
        <w:tc>
          <w:tcPr>
            <w:tcW w:w="3024" w:type="dxa"/>
            <w:tcBorders>
              <w:top w:val="nil"/>
              <w:left w:val="nil"/>
              <w:bottom w:val="nil"/>
              <w:right w:val="nil"/>
            </w:tcBorders>
          </w:tcPr>
          <w:p w14:paraId="1D52CA15" w14:textId="77777777" w:rsidR="000D3CEC" w:rsidRDefault="00C64150">
            <w:pPr>
              <w:spacing w:after="120"/>
            </w:pPr>
            <w:r>
              <w:rPr>
                <w:color w:val="5C6368"/>
                <w:sz w:val="20"/>
              </w:rPr>
              <w:t>☐</w:t>
            </w:r>
            <w:r>
              <w:rPr>
                <w:color w:val="5C6368"/>
                <w:sz w:val="20"/>
              </w:rPr>
              <w:t xml:space="preserve">  Text analysis</w:t>
            </w:r>
          </w:p>
        </w:tc>
        <w:tc>
          <w:tcPr>
            <w:tcW w:w="3024" w:type="dxa"/>
            <w:tcBorders>
              <w:top w:val="nil"/>
              <w:left w:val="nil"/>
              <w:bottom w:val="nil"/>
              <w:right w:val="nil"/>
            </w:tcBorders>
          </w:tcPr>
          <w:p w14:paraId="0C1F56AF" w14:textId="77777777" w:rsidR="000D3CEC" w:rsidRDefault="00C64150">
            <w:pPr>
              <w:spacing w:after="120"/>
            </w:pPr>
            <w:r>
              <w:rPr>
                <w:color w:val="5C6368"/>
                <w:sz w:val="20"/>
              </w:rPr>
              <w:t>☐</w:t>
            </w:r>
            <w:r>
              <w:rPr>
                <w:color w:val="5C6368"/>
                <w:sz w:val="20"/>
              </w:rPr>
              <w:t xml:space="preserve">  Policy analysis</w:t>
            </w:r>
          </w:p>
        </w:tc>
        <w:tc>
          <w:tcPr>
            <w:tcW w:w="3024" w:type="dxa"/>
            <w:tcBorders>
              <w:top w:val="nil"/>
              <w:left w:val="nil"/>
              <w:bottom w:val="nil"/>
              <w:right w:val="nil"/>
            </w:tcBorders>
          </w:tcPr>
          <w:p w14:paraId="294D1CE4" w14:textId="77777777" w:rsidR="000D3CEC" w:rsidRDefault="00C64150">
            <w:pPr>
              <w:spacing w:after="120"/>
            </w:pPr>
            <w:r>
              <w:rPr>
                <w:color w:val="5C6368"/>
                <w:sz w:val="20"/>
              </w:rPr>
              <w:t>☐</w:t>
            </w:r>
            <w:r>
              <w:rPr>
                <w:color w:val="5C6368"/>
                <w:sz w:val="20"/>
              </w:rPr>
              <w:t xml:space="preserve">  SPSS / Stata</w:t>
            </w:r>
          </w:p>
        </w:tc>
      </w:tr>
      <w:tr w:rsidR="000D3CEC" w14:paraId="61C0F6B9" w14:textId="77777777">
        <w:tc>
          <w:tcPr>
            <w:tcW w:w="3024" w:type="dxa"/>
            <w:tcBorders>
              <w:top w:val="nil"/>
              <w:left w:val="nil"/>
              <w:bottom w:val="nil"/>
              <w:right w:val="nil"/>
            </w:tcBorders>
          </w:tcPr>
          <w:p w14:paraId="31EAC5BF" w14:textId="77777777" w:rsidR="000D3CEC" w:rsidRDefault="00C64150">
            <w:pPr>
              <w:spacing w:after="120"/>
            </w:pPr>
            <w:r>
              <w:rPr>
                <w:color w:val="5C6368"/>
                <w:sz w:val="20"/>
              </w:rPr>
              <w:t>☐</w:t>
            </w:r>
            <w:r>
              <w:rPr>
                <w:color w:val="5C6368"/>
                <w:sz w:val="20"/>
              </w:rPr>
              <w:t xml:space="preserve">  R / Python</w:t>
            </w:r>
          </w:p>
        </w:tc>
        <w:tc>
          <w:tcPr>
            <w:tcW w:w="3024" w:type="dxa"/>
            <w:tcBorders>
              <w:top w:val="nil"/>
              <w:left w:val="nil"/>
              <w:bottom w:val="nil"/>
              <w:right w:val="nil"/>
            </w:tcBorders>
          </w:tcPr>
          <w:p w14:paraId="16B10489" w14:textId="77777777" w:rsidR="000D3CEC" w:rsidRDefault="00C64150">
            <w:pPr>
              <w:spacing w:after="120"/>
            </w:pPr>
            <w:r>
              <w:rPr>
                <w:color w:val="5C6368"/>
                <w:sz w:val="20"/>
              </w:rPr>
              <w:t>☐</w:t>
            </w:r>
            <w:r>
              <w:rPr>
                <w:color w:val="5C6368"/>
                <w:sz w:val="20"/>
              </w:rPr>
              <w:t xml:space="preserve">  LaTeX</w:t>
            </w:r>
          </w:p>
        </w:tc>
        <w:tc>
          <w:tcPr>
            <w:tcW w:w="3024" w:type="dxa"/>
            <w:tcBorders>
              <w:top w:val="nil"/>
              <w:left w:val="nil"/>
              <w:bottom w:val="nil"/>
              <w:right w:val="nil"/>
            </w:tcBorders>
          </w:tcPr>
          <w:p w14:paraId="2007AE93" w14:textId="77777777" w:rsidR="000D3CEC" w:rsidRDefault="00C64150">
            <w:pPr>
              <w:spacing w:after="120"/>
            </w:pPr>
            <w:r>
              <w:rPr>
                <w:color w:val="5C6368"/>
                <w:sz w:val="20"/>
              </w:rPr>
              <w:t>☐</w:t>
            </w:r>
            <w:r>
              <w:rPr>
                <w:color w:val="5C6368"/>
                <w:sz w:val="20"/>
              </w:rPr>
              <w:t xml:space="preserve">  NVivo</w:t>
            </w:r>
          </w:p>
        </w:tc>
      </w:tr>
      <w:tr w:rsidR="000D3CEC" w14:paraId="39651C2C" w14:textId="77777777">
        <w:tc>
          <w:tcPr>
            <w:tcW w:w="3024" w:type="dxa"/>
            <w:tcBorders>
              <w:top w:val="nil"/>
              <w:left w:val="nil"/>
              <w:bottom w:val="nil"/>
              <w:right w:val="nil"/>
            </w:tcBorders>
          </w:tcPr>
          <w:p w14:paraId="42C5EF53" w14:textId="77777777" w:rsidR="000D3CEC" w:rsidRDefault="00C64150">
            <w:pPr>
              <w:spacing w:after="120"/>
            </w:pPr>
            <w:r>
              <w:rPr>
                <w:color w:val="5C6368"/>
                <w:sz w:val="20"/>
              </w:rPr>
              <w:t>☐</w:t>
            </w:r>
            <w:r>
              <w:rPr>
                <w:color w:val="5C6368"/>
                <w:sz w:val="20"/>
              </w:rPr>
              <w:t xml:space="preserve">  GIS</w:t>
            </w:r>
          </w:p>
        </w:tc>
        <w:tc>
          <w:tcPr>
            <w:tcW w:w="3024" w:type="dxa"/>
            <w:tcBorders>
              <w:top w:val="nil"/>
              <w:left w:val="nil"/>
              <w:bottom w:val="nil"/>
              <w:right w:val="nil"/>
            </w:tcBorders>
          </w:tcPr>
          <w:p w14:paraId="3E7B0E02" w14:textId="77777777" w:rsidR="000D3CEC" w:rsidRDefault="00C64150">
            <w:pPr>
              <w:spacing w:after="120"/>
            </w:pPr>
            <w:r>
              <w:rPr>
                <w:color w:val="5C6368"/>
                <w:sz w:val="20"/>
              </w:rPr>
              <w:t>☐</w:t>
            </w:r>
            <w:r>
              <w:rPr>
                <w:color w:val="5C6368"/>
                <w:sz w:val="20"/>
              </w:rPr>
              <w:t xml:space="preserve">  Database building</w:t>
            </w:r>
          </w:p>
        </w:tc>
        <w:tc>
          <w:tcPr>
            <w:tcW w:w="3024" w:type="dxa"/>
            <w:tcBorders>
              <w:top w:val="nil"/>
              <w:left w:val="nil"/>
              <w:bottom w:val="nil"/>
              <w:right w:val="nil"/>
            </w:tcBorders>
          </w:tcPr>
          <w:p w14:paraId="11D527D0" w14:textId="77777777" w:rsidR="000D3CEC" w:rsidRDefault="00C64150">
            <w:pPr>
              <w:spacing w:after="120"/>
            </w:pPr>
            <w:r>
              <w:rPr>
                <w:color w:val="5C6368"/>
                <w:sz w:val="20"/>
              </w:rPr>
              <w:t>☐</w:t>
            </w:r>
            <w:r>
              <w:rPr>
                <w:color w:val="5C6368"/>
                <w:sz w:val="20"/>
              </w:rPr>
              <w:t xml:space="preserve">  AI tools</w:t>
            </w:r>
          </w:p>
        </w:tc>
      </w:tr>
      <w:tr w:rsidR="000D3CEC" w14:paraId="1D29FE1B" w14:textId="77777777">
        <w:tc>
          <w:tcPr>
            <w:tcW w:w="3024" w:type="dxa"/>
            <w:tcBorders>
              <w:top w:val="nil"/>
              <w:left w:val="nil"/>
              <w:bottom w:val="nil"/>
              <w:right w:val="nil"/>
            </w:tcBorders>
          </w:tcPr>
          <w:p w14:paraId="76F69401" w14:textId="77777777" w:rsidR="000D3CEC" w:rsidRDefault="00C64150">
            <w:pPr>
              <w:spacing w:after="120"/>
            </w:pPr>
            <w:r>
              <w:rPr>
                <w:color w:val="5C6368"/>
                <w:sz w:val="20"/>
              </w:rPr>
              <w:t>☐</w:t>
            </w:r>
            <w:r>
              <w:rPr>
                <w:color w:val="5C6368"/>
                <w:sz w:val="20"/>
              </w:rPr>
              <w:t xml:space="preserve">  Websites / digital platforms</w:t>
            </w:r>
          </w:p>
        </w:tc>
        <w:tc>
          <w:tcPr>
            <w:tcW w:w="3024" w:type="dxa"/>
            <w:tcBorders>
              <w:top w:val="nil"/>
              <w:left w:val="nil"/>
              <w:bottom w:val="nil"/>
              <w:right w:val="nil"/>
            </w:tcBorders>
          </w:tcPr>
          <w:p w14:paraId="6C98EA43" w14:textId="77777777" w:rsidR="000D3CEC" w:rsidRDefault="00C64150">
            <w:pPr>
              <w:spacing w:after="120"/>
            </w:pPr>
            <w:r>
              <w:rPr>
                <w:color w:val="5C6368"/>
                <w:sz w:val="20"/>
              </w:rPr>
              <w:t>☐</w:t>
            </w:r>
            <w:r>
              <w:rPr>
                <w:color w:val="5C6368"/>
                <w:sz w:val="20"/>
              </w:rPr>
              <w:t xml:space="preserve">  Other</w:t>
            </w:r>
          </w:p>
        </w:tc>
        <w:tc>
          <w:tcPr>
            <w:tcW w:w="3024" w:type="dxa"/>
            <w:tcBorders>
              <w:top w:val="nil"/>
              <w:left w:val="nil"/>
              <w:bottom w:val="nil"/>
              <w:right w:val="nil"/>
            </w:tcBorders>
          </w:tcPr>
          <w:p w14:paraId="41600EF1" w14:textId="77777777" w:rsidR="000D3CEC" w:rsidRDefault="000D3CEC">
            <w:pPr>
              <w:spacing w:after="120"/>
            </w:pPr>
          </w:p>
        </w:tc>
      </w:tr>
    </w:tbl>
    <w:p w14:paraId="6F062161" w14:textId="77777777" w:rsidR="000D3CEC" w:rsidRDefault="000D3CEC">
      <w:pPr>
        <w:spacing w:after="40"/>
      </w:pPr>
    </w:p>
    <w:p w14:paraId="593B82B1" w14:textId="77777777" w:rsidR="000D3CEC" w:rsidRDefault="00C64150">
      <w:r>
        <w:br w:type="page"/>
      </w:r>
    </w:p>
    <w:p w14:paraId="5B11B543" w14:textId="77777777" w:rsidR="000D3CEC" w:rsidRDefault="00C64150">
      <w:pPr>
        <w:spacing w:before="80" w:after="40"/>
      </w:pPr>
      <w:r>
        <w:rPr>
          <w:rFonts w:ascii="Consolas" w:eastAsia="Consolas" w:hAnsi="Consolas"/>
          <w:color w:val="8A9196"/>
          <w:sz w:val="20"/>
        </w:rPr>
        <w:lastRenderedPageBreak/>
        <w:t>PART TWELVE</w:t>
      </w:r>
    </w:p>
    <w:p w14:paraId="5163B9EF" w14:textId="77777777" w:rsidR="000D3CEC" w:rsidRDefault="00C64150">
      <w:pPr>
        <w:spacing w:after="80"/>
      </w:pPr>
      <w:r>
        <w:rPr>
          <w:rFonts w:ascii="Georgia" w:eastAsia="Georgia" w:hAnsi="Georgia"/>
          <w:b/>
          <w:color w:val="1F2326"/>
          <w:sz w:val="38"/>
        </w:rPr>
        <w:t>12. Ethics &amp; Conflict of Interest</w:t>
      </w:r>
    </w:p>
    <w:p w14:paraId="79E0E38E" w14:textId="77777777" w:rsidR="000D3CEC" w:rsidRDefault="000D3CEC">
      <w:pPr>
        <w:pBdr>
          <w:bottom w:val="single" w:sz="10" w:space="1" w:color="1F2326"/>
        </w:pBdr>
        <w:spacing w:after="280"/>
      </w:pPr>
    </w:p>
    <w:p w14:paraId="4386C7B4" w14:textId="77777777" w:rsidR="000D3CEC" w:rsidRDefault="00C64150">
      <w:pPr>
        <w:spacing w:after="80"/>
      </w:pPr>
      <w:r>
        <w:rPr>
          <w:color w:val="5C6368"/>
        </w:rPr>
        <w:t>Are there any ongoing matters of academic misconduct, publication ethics, or research ethics involving you?</w:t>
      </w:r>
    </w:p>
    <w:p w14:paraId="24A82DD1" w14:textId="77777777" w:rsidR="000D3CEC" w:rsidRDefault="00C64150">
      <w:r>
        <w:rPr>
          <w:color w:val="5C6368"/>
          <w:sz w:val="20"/>
        </w:rPr>
        <w:t>☐</w:t>
      </w:r>
      <w:r>
        <w:rPr>
          <w:color w:val="5C6368"/>
          <w:sz w:val="20"/>
        </w:rPr>
        <w:t xml:space="preserve">  No     ☐  Yes, please specify     </w:t>
      </w:r>
    </w:p>
    <w:p w14:paraId="62F27434" w14:textId="77777777" w:rsidR="000D3CEC" w:rsidRDefault="00C64150">
      <w:pPr>
        <w:spacing w:after="80"/>
      </w:pPr>
      <w:r>
        <w:rPr>
          <w:color w:val="5C6368"/>
        </w:rPr>
        <w:t>Is there any conflict of interest that could affect an appointment, project collaboration, or academic judgment?</w:t>
      </w:r>
    </w:p>
    <w:p w14:paraId="0A60E176" w14:textId="77777777" w:rsidR="000D3CEC" w:rsidRDefault="00C64150">
      <w:r>
        <w:rPr>
          <w:color w:val="5C6368"/>
          <w:sz w:val="20"/>
        </w:rPr>
        <w:t>☐</w:t>
      </w:r>
      <w:r>
        <w:rPr>
          <w:color w:val="5C6368"/>
          <w:sz w:val="20"/>
        </w:rPr>
        <w:t xml:space="preserve">  No     ☐  Yes, please specify     </w:t>
      </w:r>
    </w:p>
    <w:p w14:paraId="41B614EE" w14:textId="77777777" w:rsidR="000D3CEC" w:rsidRDefault="00C64150">
      <w:pPr>
        <w:spacing w:after="80"/>
      </w:pPr>
      <w:r>
        <w:rPr>
          <w:color w:val="5C6368"/>
        </w:rPr>
        <w:t>Do you agree to abide by the Institute's Charter, academic standards, research ethics, publication ethics, data and documentation standards, conflict of interest policy, and name and logo usage rules?</w:t>
      </w:r>
    </w:p>
    <w:p w14:paraId="014DB69F" w14:textId="77777777" w:rsidR="000D3CEC" w:rsidRDefault="00C64150">
      <w:r>
        <w:rPr>
          <w:color w:val="5C6368"/>
          <w:sz w:val="20"/>
        </w:rPr>
        <w:t>☐</w:t>
      </w:r>
      <w:r>
        <w:rPr>
          <w:color w:val="5C6368"/>
          <w:sz w:val="20"/>
        </w:rPr>
        <w:t xml:space="preserve">  Yes     ☐  No     </w:t>
      </w:r>
    </w:p>
    <w:p w14:paraId="1D63A22B" w14:textId="77777777" w:rsidR="000D3CEC" w:rsidRDefault="00C64150">
      <w:r>
        <w:br w:type="page"/>
      </w:r>
    </w:p>
    <w:p w14:paraId="12510C23" w14:textId="77777777" w:rsidR="000D3CEC" w:rsidRDefault="00C64150">
      <w:pPr>
        <w:spacing w:before="80" w:after="40"/>
      </w:pPr>
      <w:r>
        <w:rPr>
          <w:rFonts w:ascii="Consolas" w:eastAsia="Consolas" w:hAnsi="Consolas"/>
          <w:color w:val="8A9196"/>
          <w:sz w:val="20"/>
        </w:rPr>
        <w:lastRenderedPageBreak/>
        <w:t>PART THIRTEEN</w:t>
      </w:r>
    </w:p>
    <w:p w14:paraId="4A4B68C1" w14:textId="77777777" w:rsidR="000D3CEC" w:rsidRDefault="00C64150">
      <w:pPr>
        <w:spacing w:after="80"/>
      </w:pPr>
      <w:r>
        <w:rPr>
          <w:rFonts w:ascii="Georgia" w:eastAsia="Georgia" w:hAnsi="Georgia"/>
          <w:b/>
          <w:color w:val="1F2326"/>
          <w:sz w:val="38"/>
        </w:rPr>
        <w:t>13. Checklist of Materials</w:t>
      </w:r>
    </w:p>
    <w:p w14:paraId="49FE81A0" w14:textId="77777777" w:rsidR="000D3CEC" w:rsidRDefault="000D3CEC">
      <w:pPr>
        <w:pBdr>
          <w:bottom w:val="single" w:sz="10" w:space="1" w:color="1F2326"/>
        </w:pBdr>
        <w:spacing w:after="280"/>
      </w:pPr>
    </w:p>
    <w:p w14:paraId="43BFC0A0" w14:textId="77777777" w:rsidR="000D3CEC" w:rsidRDefault="00C64150">
      <w:pPr>
        <w:spacing w:before="200" w:after="40"/>
      </w:pPr>
      <w:r>
        <w:rPr>
          <w:b/>
          <w:color w:val="1F2326"/>
          <w:sz w:val="24"/>
        </w:rPr>
        <w:t>Required</w:t>
      </w:r>
    </w:p>
    <w:tbl>
      <w:tblPr>
        <w:tblW w:w="0" w:type="auto"/>
        <w:tblLook w:val="04A0" w:firstRow="1" w:lastRow="0" w:firstColumn="1" w:lastColumn="0" w:noHBand="0" w:noVBand="1"/>
      </w:tblPr>
      <w:tblGrid>
        <w:gridCol w:w="4536"/>
        <w:gridCol w:w="4536"/>
      </w:tblGrid>
      <w:tr w:rsidR="000D3CEC" w14:paraId="0C0F22CE" w14:textId="77777777">
        <w:tc>
          <w:tcPr>
            <w:tcW w:w="4536" w:type="dxa"/>
            <w:tcBorders>
              <w:top w:val="nil"/>
              <w:left w:val="nil"/>
              <w:bottom w:val="nil"/>
              <w:right w:val="nil"/>
            </w:tcBorders>
          </w:tcPr>
          <w:p w14:paraId="2E4D8A60" w14:textId="77777777" w:rsidR="000D3CEC" w:rsidRDefault="00C64150">
            <w:pPr>
              <w:spacing w:after="120"/>
            </w:pPr>
            <w:r>
              <w:rPr>
                <w:color w:val="5C6368"/>
                <w:sz w:val="20"/>
              </w:rPr>
              <w:t>☐</w:t>
            </w:r>
            <w:r>
              <w:rPr>
                <w:color w:val="5C6368"/>
                <w:sz w:val="20"/>
              </w:rPr>
              <w:t xml:space="preserve">  Research Fellow application form</w:t>
            </w:r>
          </w:p>
        </w:tc>
        <w:tc>
          <w:tcPr>
            <w:tcW w:w="4536" w:type="dxa"/>
            <w:tcBorders>
              <w:top w:val="nil"/>
              <w:left w:val="nil"/>
              <w:bottom w:val="nil"/>
              <w:right w:val="nil"/>
            </w:tcBorders>
          </w:tcPr>
          <w:p w14:paraId="6FC24CF4" w14:textId="77777777" w:rsidR="000D3CEC" w:rsidRDefault="00C64150">
            <w:pPr>
              <w:spacing w:after="120"/>
            </w:pPr>
            <w:r>
              <w:rPr>
                <w:color w:val="5C6368"/>
                <w:sz w:val="20"/>
              </w:rPr>
              <w:t>☐</w:t>
            </w:r>
            <w:r>
              <w:rPr>
                <w:color w:val="5C6368"/>
                <w:sz w:val="20"/>
              </w:rPr>
              <w:t xml:space="preserve">  Curriculum vitae</w:t>
            </w:r>
          </w:p>
        </w:tc>
      </w:tr>
      <w:tr w:rsidR="000D3CEC" w14:paraId="37DE4A8A" w14:textId="77777777">
        <w:tc>
          <w:tcPr>
            <w:tcW w:w="4536" w:type="dxa"/>
            <w:tcBorders>
              <w:top w:val="nil"/>
              <w:left w:val="nil"/>
              <w:bottom w:val="nil"/>
              <w:right w:val="nil"/>
            </w:tcBorders>
          </w:tcPr>
          <w:p w14:paraId="3BB6FD8C" w14:textId="77777777" w:rsidR="000D3CEC" w:rsidRDefault="00C64150">
            <w:pPr>
              <w:spacing w:after="120"/>
            </w:pPr>
            <w:r>
              <w:rPr>
                <w:color w:val="5C6368"/>
                <w:sz w:val="20"/>
              </w:rPr>
              <w:t>☐</w:t>
            </w:r>
            <w:r>
              <w:rPr>
                <w:color w:val="5C6368"/>
                <w:sz w:val="20"/>
              </w:rPr>
              <w:t xml:space="preserve">  Proof of highest degree or enrolment</w:t>
            </w:r>
          </w:p>
        </w:tc>
        <w:tc>
          <w:tcPr>
            <w:tcW w:w="4536" w:type="dxa"/>
            <w:tcBorders>
              <w:top w:val="nil"/>
              <w:left w:val="nil"/>
              <w:bottom w:val="nil"/>
              <w:right w:val="nil"/>
            </w:tcBorders>
          </w:tcPr>
          <w:p w14:paraId="7629ACFD" w14:textId="77777777" w:rsidR="000D3CEC" w:rsidRDefault="00C64150">
            <w:pPr>
              <w:spacing w:after="120"/>
            </w:pPr>
            <w:r>
              <w:rPr>
                <w:color w:val="5C6368"/>
                <w:sz w:val="20"/>
              </w:rPr>
              <w:t>☐</w:t>
            </w:r>
            <w:r>
              <w:rPr>
                <w:color w:val="5C6368"/>
                <w:sz w:val="20"/>
              </w:rPr>
              <w:t xml:space="preserve">  Representative papers or output</w:t>
            </w:r>
          </w:p>
        </w:tc>
      </w:tr>
      <w:tr w:rsidR="000D3CEC" w14:paraId="63C60170" w14:textId="77777777">
        <w:tc>
          <w:tcPr>
            <w:tcW w:w="4536" w:type="dxa"/>
            <w:tcBorders>
              <w:top w:val="nil"/>
              <w:left w:val="nil"/>
              <w:bottom w:val="nil"/>
              <w:right w:val="nil"/>
            </w:tcBorders>
          </w:tcPr>
          <w:p w14:paraId="65DE67DF" w14:textId="77777777" w:rsidR="000D3CEC" w:rsidRDefault="00C64150">
            <w:pPr>
              <w:spacing w:after="120"/>
            </w:pPr>
            <w:r>
              <w:rPr>
                <w:color w:val="5C6368"/>
                <w:sz w:val="20"/>
              </w:rPr>
              <w:t>☐</w:t>
            </w:r>
            <w:r>
              <w:rPr>
                <w:color w:val="5C6368"/>
                <w:sz w:val="20"/>
              </w:rPr>
              <w:t xml:space="preserve">  Research plan or statement</w:t>
            </w:r>
          </w:p>
        </w:tc>
        <w:tc>
          <w:tcPr>
            <w:tcW w:w="4536" w:type="dxa"/>
            <w:tcBorders>
              <w:top w:val="nil"/>
              <w:left w:val="nil"/>
              <w:bottom w:val="nil"/>
              <w:right w:val="nil"/>
            </w:tcBorders>
          </w:tcPr>
          <w:p w14:paraId="2043CAC1" w14:textId="77777777" w:rsidR="000D3CEC" w:rsidRDefault="00C64150">
            <w:pPr>
              <w:spacing w:after="120"/>
            </w:pPr>
            <w:r>
              <w:rPr>
                <w:color w:val="5C6368"/>
                <w:sz w:val="20"/>
              </w:rPr>
              <w:t>☐</w:t>
            </w:r>
            <w:r>
              <w:rPr>
                <w:color w:val="5C6368"/>
                <w:sz w:val="20"/>
              </w:rPr>
              <w:t xml:space="preserve">  Academic profile / publication list</w:t>
            </w:r>
          </w:p>
        </w:tc>
      </w:tr>
    </w:tbl>
    <w:p w14:paraId="3E320FC9" w14:textId="77777777" w:rsidR="000D3CEC" w:rsidRDefault="000D3CEC">
      <w:pPr>
        <w:spacing w:after="40"/>
      </w:pPr>
    </w:p>
    <w:p w14:paraId="219473A7" w14:textId="77777777" w:rsidR="000D3CEC" w:rsidRDefault="00C64150">
      <w:pPr>
        <w:spacing w:before="200" w:after="40"/>
      </w:pPr>
      <w:r>
        <w:rPr>
          <w:b/>
          <w:color w:val="1F2326"/>
          <w:sz w:val="24"/>
        </w:rPr>
        <w:t>Optional</w:t>
      </w:r>
    </w:p>
    <w:tbl>
      <w:tblPr>
        <w:tblW w:w="0" w:type="auto"/>
        <w:tblLook w:val="04A0" w:firstRow="1" w:lastRow="0" w:firstColumn="1" w:lastColumn="0" w:noHBand="0" w:noVBand="1"/>
      </w:tblPr>
      <w:tblGrid>
        <w:gridCol w:w="4536"/>
        <w:gridCol w:w="4536"/>
      </w:tblGrid>
      <w:tr w:rsidR="000D3CEC" w14:paraId="7FABCBFB" w14:textId="77777777">
        <w:tc>
          <w:tcPr>
            <w:tcW w:w="4536" w:type="dxa"/>
            <w:tcBorders>
              <w:top w:val="nil"/>
              <w:left w:val="nil"/>
              <w:bottom w:val="nil"/>
              <w:right w:val="nil"/>
            </w:tcBorders>
          </w:tcPr>
          <w:p w14:paraId="57259B25" w14:textId="77777777" w:rsidR="000D3CEC" w:rsidRDefault="00C64150">
            <w:pPr>
              <w:spacing w:after="120"/>
            </w:pPr>
            <w:r>
              <w:rPr>
                <w:color w:val="5C6368"/>
                <w:sz w:val="20"/>
              </w:rPr>
              <w:t>☐</w:t>
            </w:r>
            <w:r>
              <w:rPr>
                <w:color w:val="5C6368"/>
                <w:sz w:val="20"/>
              </w:rPr>
              <w:t xml:space="preserve">  Letters of recommendation</w:t>
            </w:r>
          </w:p>
        </w:tc>
        <w:tc>
          <w:tcPr>
            <w:tcW w:w="4536" w:type="dxa"/>
            <w:tcBorders>
              <w:top w:val="nil"/>
              <w:left w:val="nil"/>
              <w:bottom w:val="nil"/>
              <w:right w:val="nil"/>
            </w:tcBorders>
          </w:tcPr>
          <w:p w14:paraId="58BDAD3C" w14:textId="77777777" w:rsidR="000D3CEC" w:rsidRDefault="00C64150">
            <w:pPr>
              <w:spacing w:after="120"/>
            </w:pPr>
            <w:r>
              <w:rPr>
                <w:color w:val="5C6368"/>
                <w:sz w:val="20"/>
              </w:rPr>
              <w:t>☐</w:t>
            </w:r>
            <w:r>
              <w:rPr>
                <w:color w:val="5C6368"/>
                <w:sz w:val="20"/>
              </w:rPr>
              <w:t xml:space="preserve">  Award certificates</w:t>
            </w:r>
          </w:p>
        </w:tc>
      </w:tr>
      <w:tr w:rsidR="000D3CEC" w14:paraId="64B140BD" w14:textId="77777777">
        <w:tc>
          <w:tcPr>
            <w:tcW w:w="4536" w:type="dxa"/>
            <w:tcBorders>
              <w:top w:val="nil"/>
              <w:left w:val="nil"/>
              <w:bottom w:val="nil"/>
              <w:right w:val="nil"/>
            </w:tcBorders>
          </w:tcPr>
          <w:p w14:paraId="7CBD5FAE" w14:textId="77777777" w:rsidR="000D3CEC" w:rsidRDefault="00C64150">
            <w:pPr>
              <w:spacing w:after="120"/>
            </w:pPr>
            <w:r>
              <w:rPr>
                <w:color w:val="5C6368"/>
                <w:sz w:val="20"/>
              </w:rPr>
              <w:t>☐</w:t>
            </w:r>
            <w:r>
              <w:rPr>
                <w:color w:val="5C6368"/>
                <w:sz w:val="20"/>
              </w:rPr>
              <w:t xml:space="preserve">  Project documentation</w:t>
            </w:r>
          </w:p>
        </w:tc>
        <w:tc>
          <w:tcPr>
            <w:tcW w:w="4536" w:type="dxa"/>
            <w:tcBorders>
              <w:top w:val="nil"/>
              <w:left w:val="nil"/>
              <w:bottom w:val="nil"/>
              <w:right w:val="nil"/>
            </w:tcBorders>
          </w:tcPr>
          <w:p w14:paraId="080C8E06" w14:textId="77777777" w:rsidR="000D3CEC" w:rsidRDefault="00C64150">
            <w:pPr>
              <w:spacing w:after="120"/>
            </w:pPr>
            <w:r>
              <w:rPr>
                <w:color w:val="5C6368"/>
                <w:sz w:val="20"/>
              </w:rPr>
              <w:t>☐</w:t>
            </w:r>
            <w:r>
              <w:rPr>
                <w:color w:val="5C6368"/>
                <w:sz w:val="20"/>
              </w:rPr>
              <w:t xml:space="preserve">  Proof of employment</w:t>
            </w:r>
          </w:p>
        </w:tc>
      </w:tr>
      <w:tr w:rsidR="000D3CEC" w14:paraId="524DD830" w14:textId="77777777">
        <w:tc>
          <w:tcPr>
            <w:tcW w:w="4536" w:type="dxa"/>
            <w:tcBorders>
              <w:top w:val="nil"/>
              <w:left w:val="nil"/>
              <w:bottom w:val="nil"/>
              <w:right w:val="nil"/>
            </w:tcBorders>
          </w:tcPr>
          <w:p w14:paraId="7F0D7437" w14:textId="77777777" w:rsidR="000D3CEC" w:rsidRDefault="00C64150">
            <w:pPr>
              <w:spacing w:after="120"/>
            </w:pPr>
            <w:r>
              <w:rPr>
                <w:color w:val="5C6368"/>
                <w:sz w:val="20"/>
              </w:rPr>
              <w:t>☐</w:t>
            </w:r>
            <w:r>
              <w:rPr>
                <w:color w:val="5C6368"/>
                <w:sz w:val="20"/>
              </w:rPr>
              <w:t xml:space="preserve">  Publishing contract / proof of publication</w:t>
            </w:r>
          </w:p>
        </w:tc>
        <w:tc>
          <w:tcPr>
            <w:tcW w:w="4536" w:type="dxa"/>
            <w:tcBorders>
              <w:top w:val="nil"/>
              <w:left w:val="nil"/>
              <w:bottom w:val="nil"/>
              <w:right w:val="nil"/>
            </w:tcBorders>
          </w:tcPr>
          <w:p w14:paraId="42304EDA" w14:textId="77777777" w:rsidR="000D3CEC" w:rsidRDefault="00C64150">
            <w:pPr>
              <w:spacing w:after="120"/>
            </w:pPr>
            <w:r>
              <w:rPr>
                <w:color w:val="5C6368"/>
                <w:sz w:val="20"/>
              </w:rPr>
              <w:t>☐</w:t>
            </w:r>
            <w:r>
              <w:rPr>
                <w:color w:val="5C6368"/>
                <w:sz w:val="20"/>
              </w:rPr>
              <w:t xml:space="preserve">  Other supporting materials</w:t>
            </w:r>
          </w:p>
        </w:tc>
      </w:tr>
    </w:tbl>
    <w:p w14:paraId="0F6B7EDC" w14:textId="77777777" w:rsidR="000D3CEC" w:rsidRDefault="000D3CEC">
      <w:pPr>
        <w:spacing w:after="40"/>
      </w:pPr>
    </w:p>
    <w:p w14:paraId="29EE7419" w14:textId="77777777" w:rsidR="000D3CEC" w:rsidRDefault="00C64150">
      <w:r>
        <w:br w:type="page"/>
      </w:r>
    </w:p>
    <w:p w14:paraId="3BE8A312" w14:textId="77777777" w:rsidR="000D3CEC" w:rsidRDefault="00C64150">
      <w:pPr>
        <w:spacing w:before="80" w:after="40"/>
      </w:pPr>
      <w:r>
        <w:rPr>
          <w:rFonts w:ascii="Consolas" w:eastAsia="Consolas" w:hAnsi="Consolas"/>
          <w:color w:val="8A9196"/>
          <w:sz w:val="20"/>
        </w:rPr>
        <w:lastRenderedPageBreak/>
        <w:t>PART FOURTEEN</w:t>
      </w:r>
    </w:p>
    <w:p w14:paraId="66C4C806" w14:textId="77777777" w:rsidR="000D3CEC" w:rsidRDefault="00C64150">
      <w:pPr>
        <w:spacing w:after="80"/>
      </w:pPr>
      <w:r>
        <w:rPr>
          <w:rFonts w:ascii="Georgia" w:eastAsia="Georgia" w:hAnsi="Georgia"/>
          <w:b/>
          <w:color w:val="1F2326"/>
          <w:sz w:val="38"/>
        </w:rPr>
        <w:t>14. Applicant's Declaration</w:t>
      </w:r>
    </w:p>
    <w:p w14:paraId="263A69E5" w14:textId="77777777" w:rsidR="000D3CEC" w:rsidRDefault="000D3CEC">
      <w:pPr>
        <w:pBdr>
          <w:bottom w:val="single" w:sz="10" w:space="1" w:color="1F2326"/>
        </w:pBdr>
        <w:spacing w:after="280"/>
      </w:pPr>
    </w:p>
    <w:p w14:paraId="29FD3642" w14:textId="77777777" w:rsidR="000D3CEC" w:rsidRDefault="00C64150">
      <w:r>
        <w:rPr>
          <w:color w:val="5C6368"/>
        </w:rPr>
        <w:t>I solemnly declare that:</w:t>
      </w:r>
    </w:p>
    <w:p w14:paraId="72174110" w14:textId="77777777" w:rsidR="000D3CEC" w:rsidRDefault="00C64150">
      <w:pPr>
        <w:spacing w:after="160"/>
      </w:pPr>
      <w:r>
        <w:rPr>
          <w:b/>
          <w:color w:val="8A9196"/>
          <w:sz w:val="20"/>
        </w:rPr>
        <w:t xml:space="preserve">1.  </w:t>
      </w:r>
      <w:r>
        <w:rPr>
          <w:color w:val="5C6368"/>
          <w:sz w:val="20"/>
        </w:rPr>
        <w:t>This form and all accompanying materials are submitted by me, and their contents are truthful, accurate, and complete.</w:t>
      </w:r>
    </w:p>
    <w:p w14:paraId="012800C5" w14:textId="77777777" w:rsidR="000D3CEC" w:rsidRDefault="00C64150">
      <w:pPr>
        <w:spacing w:after="160"/>
      </w:pPr>
      <w:r>
        <w:rPr>
          <w:b/>
          <w:color w:val="8A9196"/>
          <w:sz w:val="20"/>
        </w:rPr>
        <w:t xml:space="preserve">2.  </w:t>
      </w:r>
      <w:r>
        <w:rPr>
          <w:color w:val="5C6368"/>
          <w:sz w:val="20"/>
        </w:rPr>
        <w:t>I understand that the Panorama Research Institute may conduct eligibility review, academic evaluation, research-alignment assessment, and appointment review based on my materials, and may require supplementary documentation.</w:t>
      </w:r>
    </w:p>
    <w:p w14:paraId="76B24614" w14:textId="77777777" w:rsidR="000D3CEC" w:rsidRDefault="00C64150">
      <w:pPr>
        <w:spacing w:after="160"/>
      </w:pPr>
      <w:r>
        <w:rPr>
          <w:b/>
          <w:color w:val="8A9196"/>
          <w:sz w:val="20"/>
        </w:rPr>
        <w:t xml:space="preserve">3.  </w:t>
      </w:r>
      <w:r>
        <w:rPr>
          <w:color w:val="5C6368"/>
          <w:sz w:val="20"/>
        </w:rPr>
        <w:t>I understand that the Panorama Research Institute is a research and academic development platform of Panorama Scholarly Group and is not an independent legal entity.</w:t>
      </w:r>
    </w:p>
    <w:p w14:paraId="3037562B" w14:textId="77777777" w:rsidR="000D3CEC" w:rsidRDefault="00C64150">
      <w:pPr>
        <w:spacing w:after="160"/>
      </w:pPr>
      <w:r>
        <w:rPr>
          <w:b/>
          <w:color w:val="8A9196"/>
          <w:sz w:val="20"/>
        </w:rPr>
        <w:t xml:space="preserve">4.  </w:t>
      </w:r>
      <w:r>
        <w:rPr>
          <w:color w:val="5C6368"/>
          <w:sz w:val="20"/>
        </w:rPr>
        <w:t>I understand that submitting this form or passing review does not in itself constitute a labour relationship, employment relationship, commitment to remuneration, or any other legally binding engagement.</w:t>
      </w:r>
    </w:p>
    <w:p w14:paraId="55F17A06" w14:textId="77777777" w:rsidR="000D3CEC" w:rsidRDefault="00C64150">
      <w:pPr>
        <w:spacing w:after="160"/>
      </w:pPr>
      <w:r>
        <w:rPr>
          <w:b/>
          <w:color w:val="8A9196"/>
          <w:sz w:val="20"/>
        </w:rPr>
        <w:t xml:space="preserve">5.  </w:t>
      </w:r>
      <w:r>
        <w:rPr>
          <w:color w:val="5C6368"/>
          <w:sz w:val="20"/>
        </w:rPr>
        <w:t>I undertake to abide by the Institute's Charter, academic standards, research ethics, publication ethics, data and documentation standards, conflict of interest policy, and name and logo usage rules.</w:t>
      </w:r>
    </w:p>
    <w:p w14:paraId="2BE3202F" w14:textId="77777777" w:rsidR="000D3CEC" w:rsidRDefault="00C64150">
      <w:pPr>
        <w:spacing w:after="160"/>
      </w:pPr>
      <w:r>
        <w:rPr>
          <w:b/>
          <w:color w:val="8A9196"/>
          <w:sz w:val="20"/>
        </w:rPr>
        <w:t xml:space="preserve">6.  </w:t>
      </w:r>
      <w:r>
        <w:rPr>
          <w:color w:val="5C6368"/>
          <w:sz w:val="20"/>
        </w:rPr>
        <w:t>I undertake to observe the principles of academic integrity when participating in the Institute's projects, publications, conferences, reports, databases, index building, and collaborative activities, and to be free of plagiarism, fabrication, falsification, duplicate publication, improper authorship, or fraudulent peer review.</w:t>
      </w:r>
    </w:p>
    <w:p w14:paraId="4356630C" w14:textId="77777777" w:rsidR="000D3CEC" w:rsidRDefault="00C64150">
      <w:pPr>
        <w:spacing w:after="160"/>
      </w:pPr>
      <w:r>
        <w:rPr>
          <w:b/>
          <w:color w:val="8A9196"/>
          <w:sz w:val="20"/>
        </w:rPr>
        <w:t xml:space="preserve">7.  </w:t>
      </w:r>
      <w:r>
        <w:rPr>
          <w:color w:val="5C6368"/>
          <w:sz w:val="20"/>
        </w:rPr>
        <w:t>I consent to the Institute's reasonable use of my submitted information and materials in the course of application review, academic evaluation, appointment management, academic-record keeping, platform display, and subsequent communication.</w:t>
      </w:r>
    </w:p>
    <w:p w14:paraId="64229122" w14:textId="77777777" w:rsidR="000D3CEC" w:rsidRDefault="00C64150">
      <w:pPr>
        <w:spacing w:after="160"/>
      </w:pPr>
      <w:r>
        <w:rPr>
          <w:b/>
          <w:color w:val="8A9196"/>
          <w:sz w:val="20"/>
        </w:rPr>
        <w:t xml:space="preserve">8.  </w:t>
      </w:r>
      <w:r>
        <w:rPr>
          <w:color w:val="5C6368"/>
          <w:sz w:val="20"/>
        </w:rPr>
        <w:t>I understand that the final appointment outcome, term, responsibilities, entitlements, and mode of collaboration are governed by the Institute's official written notice, appointment documents, collaboration agreement, or project agreement.</w:t>
      </w:r>
    </w:p>
    <w:p w14:paraId="1D26B406" w14:textId="77777777" w:rsidR="000D3CEC" w:rsidRDefault="000D3CEC">
      <w:pPr>
        <w:spacing w:after="120"/>
      </w:pPr>
    </w:p>
    <w:tbl>
      <w:tblPr>
        <w:tblW w:w="0" w:type="auto"/>
        <w:tblLook w:val="04A0" w:firstRow="1" w:lastRow="0" w:firstColumn="1" w:lastColumn="0" w:noHBand="0" w:noVBand="1"/>
      </w:tblPr>
      <w:tblGrid>
        <w:gridCol w:w="4536"/>
        <w:gridCol w:w="4536"/>
      </w:tblGrid>
      <w:tr w:rsidR="000D3CEC" w14:paraId="68A6633F" w14:textId="77777777">
        <w:tc>
          <w:tcPr>
            <w:tcW w:w="4536" w:type="dxa"/>
            <w:tcBorders>
              <w:top w:val="nil"/>
              <w:left w:val="nil"/>
              <w:bottom w:val="nil"/>
              <w:right w:val="nil"/>
            </w:tcBorders>
          </w:tcPr>
          <w:p w14:paraId="70D50884" w14:textId="77777777" w:rsidR="000D3CEC" w:rsidRDefault="00C64150">
            <w:pPr>
              <w:spacing w:after="40"/>
            </w:pPr>
            <w:r>
              <w:rPr>
                <w:rFonts w:ascii="Consolas" w:eastAsia="Consolas" w:hAnsi="Consolas"/>
                <w:color w:val="8A9196"/>
                <w:sz w:val="17"/>
              </w:rPr>
              <w:t>Applicant’s signature</w:t>
            </w:r>
          </w:p>
          <w:p w14:paraId="37B4B4F4"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2A8EB801" w14:textId="77777777" w:rsidR="000D3CEC" w:rsidRDefault="00C64150">
            <w:pPr>
              <w:spacing w:after="40"/>
            </w:pPr>
            <w:r>
              <w:rPr>
                <w:rFonts w:ascii="Consolas" w:eastAsia="Consolas" w:hAnsi="Consolas"/>
                <w:color w:val="8A9196"/>
                <w:sz w:val="17"/>
              </w:rPr>
              <w:t>Date</w:t>
            </w:r>
          </w:p>
          <w:p w14:paraId="4035BD27" w14:textId="77777777" w:rsidR="000D3CEC" w:rsidRDefault="00C64150">
            <w:pPr>
              <w:pBdr>
                <w:bottom w:val="single" w:sz="6" w:space="1" w:color="DADDDD"/>
              </w:pBdr>
            </w:pPr>
            <w:r>
              <w:rPr>
                <w:color w:val="8A9196"/>
                <w:sz w:val="18"/>
              </w:rPr>
              <w:t>Y          M          D</w:t>
            </w:r>
          </w:p>
        </w:tc>
      </w:tr>
    </w:tbl>
    <w:p w14:paraId="523A5F2C" w14:textId="77777777" w:rsidR="000D3CEC" w:rsidRDefault="00C64150">
      <w:r>
        <w:br w:type="page"/>
      </w:r>
    </w:p>
    <w:tbl>
      <w:tblPr>
        <w:tblW w:w="0" w:type="auto"/>
        <w:tblLook w:val="04A0" w:firstRow="1" w:lastRow="0" w:firstColumn="1" w:lastColumn="0" w:noHBand="0" w:noVBand="1"/>
      </w:tblPr>
      <w:tblGrid>
        <w:gridCol w:w="9072"/>
      </w:tblGrid>
      <w:tr w:rsidR="000D3CEC" w14:paraId="691EF3EB" w14:textId="77777777">
        <w:trPr>
          <w:cantSplit/>
        </w:trPr>
        <w:tc>
          <w:tcPr>
            <w:tcW w:w="9072" w:type="dxa"/>
            <w:shd w:val="clear" w:color="auto" w:fill="1F2326"/>
          </w:tcPr>
          <w:p w14:paraId="2461FB6B" w14:textId="77777777" w:rsidR="000D3CEC" w:rsidRDefault="00C64150">
            <w:pPr>
              <w:spacing w:before="240" w:after="80"/>
            </w:pPr>
            <w:r>
              <w:rPr>
                <w:b/>
                <w:color w:val="FFFFFF"/>
                <w:sz w:val="26"/>
              </w:rPr>
              <w:lastRenderedPageBreak/>
              <w:t>Internal Review Section</w:t>
            </w:r>
          </w:p>
          <w:p w14:paraId="5DF708F1" w14:textId="77777777" w:rsidR="000D3CEC" w:rsidRDefault="00C64150">
            <w:pPr>
              <w:spacing w:after="240"/>
            </w:pPr>
            <w:r>
              <w:rPr>
                <w:color w:val="C5C9C9"/>
                <w:sz w:val="19"/>
              </w:rPr>
              <w:t>INTERNAL REVIEW ONLY · The following is completed by the Panorama Research Institute. Applicants need not complete this section.</w:t>
            </w:r>
          </w:p>
        </w:tc>
      </w:tr>
    </w:tbl>
    <w:p w14:paraId="63806D90" w14:textId="77777777" w:rsidR="000D3CEC" w:rsidRDefault="000D3CEC">
      <w:pPr>
        <w:spacing w:after="120"/>
      </w:pPr>
    </w:p>
    <w:p w14:paraId="50F81C6E" w14:textId="77777777" w:rsidR="000D3CEC" w:rsidRDefault="000D3CEC">
      <w:pPr>
        <w:spacing w:before="80" w:after="40"/>
      </w:pPr>
    </w:p>
    <w:p w14:paraId="5967901C" w14:textId="77777777" w:rsidR="000D3CEC" w:rsidRDefault="00C64150">
      <w:pPr>
        <w:spacing w:after="80"/>
      </w:pPr>
      <w:r>
        <w:rPr>
          <w:rFonts w:ascii="Georgia" w:eastAsia="Georgia" w:hAnsi="Georgia"/>
          <w:b/>
          <w:color w:val="1F2326"/>
          <w:sz w:val="38"/>
        </w:rPr>
        <w:t>15. Preliminary Review</w:t>
      </w:r>
    </w:p>
    <w:p w14:paraId="75106E71" w14:textId="77777777" w:rsidR="000D3CEC" w:rsidRDefault="000D3CEC">
      <w:pPr>
        <w:pBdr>
          <w:bottom w:val="single" w:sz="10" w:space="1" w:color="1F2326"/>
        </w:pBdr>
        <w:spacing w:after="280"/>
      </w:pPr>
    </w:p>
    <w:tbl>
      <w:tblPr>
        <w:tblW w:w="0" w:type="auto"/>
        <w:tblLook w:val="04A0" w:firstRow="1" w:lastRow="0" w:firstColumn="1" w:lastColumn="0" w:noHBand="0" w:noVBand="1"/>
      </w:tblPr>
      <w:tblGrid>
        <w:gridCol w:w="4536"/>
        <w:gridCol w:w="4536"/>
      </w:tblGrid>
      <w:tr w:rsidR="000D3CEC" w14:paraId="761025FE" w14:textId="77777777">
        <w:tc>
          <w:tcPr>
            <w:tcW w:w="4536" w:type="dxa"/>
            <w:tcBorders>
              <w:top w:val="nil"/>
              <w:left w:val="nil"/>
              <w:bottom w:val="nil"/>
              <w:right w:val="nil"/>
            </w:tcBorders>
          </w:tcPr>
          <w:p w14:paraId="1269D0F3" w14:textId="77777777" w:rsidR="000D3CEC" w:rsidRDefault="00C64150">
            <w:r>
              <w:rPr>
                <w:b/>
                <w:color w:val="1F2326"/>
                <w:sz w:val="20"/>
              </w:rPr>
              <w:t>Completeness of materials</w:t>
            </w:r>
          </w:p>
          <w:p w14:paraId="0081C356" w14:textId="77777777" w:rsidR="000D3CEC" w:rsidRDefault="00C64150">
            <w:pPr>
              <w:spacing w:after="60"/>
            </w:pPr>
            <w:r>
              <w:rPr>
                <w:color w:val="5C6368"/>
                <w:sz w:val="19"/>
              </w:rPr>
              <w:t>☐</w:t>
            </w:r>
            <w:r>
              <w:rPr>
                <w:color w:val="5C6368"/>
                <w:sz w:val="19"/>
              </w:rPr>
              <w:t xml:space="preserve">  Complete</w:t>
            </w:r>
          </w:p>
          <w:p w14:paraId="0D2F718B" w14:textId="77777777" w:rsidR="000D3CEC" w:rsidRDefault="00C64150">
            <w:pPr>
              <w:spacing w:after="60"/>
            </w:pPr>
            <w:r>
              <w:rPr>
                <w:color w:val="5C6368"/>
                <w:sz w:val="19"/>
              </w:rPr>
              <w:t>☐</w:t>
            </w:r>
            <w:r>
              <w:rPr>
                <w:color w:val="5C6368"/>
                <w:sz w:val="19"/>
              </w:rPr>
              <w:t xml:space="preserve">  Largely complete</w:t>
            </w:r>
          </w:p>
          <w:p w14:paraId="702396EB" w14:textId="77777777" w:rsidR="000D3CEC" w:rsidRDefault="00C64150">
            <w:pPr>
              <w:spacing w:after="60"/>
            </w:pPr>
            <w:r>
              <w:rPr>
                <w:color w:val="5C6368"/>
                <w:sz w:val="19"/>
              </w:rPr>
              <w:t>☐</w:t>
            </w:r>
            <w:r>
              <w:rPr>
                <w:color w:val="5C6368"/>
                <w:sz w:val="19"/>
              </w:rPr>
              <w:t xml:space="preserve">  Needs supplement</w:t>
            </w:r>
          </w:p>
          <w:p w14:paraId="2061AE45" w14:textId="77777777" w:rsidR="000D3CEC" w:rsidRDefault="00C64150">
            <w:pPr>
              <w:spacing w:after="60"/>
            </w:pPr>
            <w:r>
              <w:rPr>
                <w:color w:val="5C6368"/>
                <w:sz w:val="19"/>
              </w:rPr>
              <w:t>☐</w:t>
            </w:r>
            <w:r>
              <w:rPr>
                <w:color w:val="5C6368"/>
                <w:sz w:val="19"/>
              </w:rPr>
              <w:t xml:space="preserve">  Incomplete</w:t>
            </w:r>
          </w:p>
        </w:tc>
        <w:tc>
          <w:tcPr>
            <w:tcW w:w="4536" w:type="dxa"/>
            <w:tcBorders>
              <w:top w:val="nil"/>
              <w:left w:val="nil"/>
              <w:bottom w:val="nil"/>
              <w:right w:val="nil"/>
            </w:tcBorders>
          </w:tcPr>
          <w:p w14:paraId="5E6756B8" w14:textId="77777777" w:rsidR="000D3CEC" w:rsidRDefault="00C64150">
            <w:r>
              <w:rPr>
                <w:b/>
                <w:color w:val="1F2326"/>
                <w:sz w:val="20"/>
              </w:rPr>
              <w:t>Eligibility</w:t>
            </w:r>
          </w:p>
          <w:p w14:paraId="3D76BFE3" w14:textId="77777777" w:rsidR="000D3CEC" w:rsidRDefault="00C64150">
            <w:pPr>
              <w:spacing w:after="60"/>
            </w:pPr>
            <w:r>
              <w:rPr>
                <w:color w:val="5C6368"/>
                <w:sz w:val="19"/>
              </w:rPr>
              <w:t>☐</w:t>
            </w:r>
            <w:r>
              <w:rPr>
                <w:color w:val="5C6368"/>
                <w:sz w:val="19"/>
              </w:rPr>
              <w:t xml:space="preserve">  Eligible</w:t>
            </w:r>
          </w:p>
          <w:p w14:paraId="0FAC48A6" w14:textId="77777777" w:rsidR="000D3CEC" w:rsidRDefault="00C64150">
            <w:pPr>
              <w:spacing w:after="60"/>
            </w:pPr>
            <w:r>
              <w:rPr>
                <w:color w:val="5C6368"/>
                <w:sz w:val="19"/>
              </w:rPr>
              <w:t>☐</w:t>
            </w:r>
            <w:r>
              <w:rPr>
                <w:color w:val="5C6368"/>
                <w:sz w:val="19"/>
              </w:rPr>
              <w:t xml:space="preserve">  Largely eligible</w:t>
            </w:r>
          </w:p>
          <w:p w14:paraId="5F6BD255" w14:textId="77777777" w:rsidR="000D3CEC" w:rsidRDefault="00C64150">
            <w:pPr>
              <w:spacing w:after="60"/>
            </w:pPr>
            <w:r>
              <w:rPr>
                <w:color w:val="5C6368"/>
                <w:sz w:val="19"/>
              </w:rPr>
              <w:t>☐</w:t>
            </w:r>
            <w:r>
              <w:rPr>
                <w:color w:val="5C6368"/>
                <w:sz w:val="19"/>
              </w:rPr>
              <w:t xml:space="preserve">  Needs verification</w:t>
            </w:r>
          </w:p>
          <w:p w14:paraId="4670F267" w14:textId="77777777" w:rsidR="000D3CEC" w:rsidRDefault="00C64150">
            <w:pPr>
              <w:spacing w:after="60"/>
            </w:pPr>
            <w:r>
              <w:rPr>
                <w:color w:val="5C6368"/>
                <w:sz w:val="19"/>
              </w:rPr>
              <w:t>☐</w:t>
            </w:r>
            <w:r>
              <w:rPr>
                <w:color w:val="5C6368"/>
                <w:sz w:val="19"/>
              </w:rPr>
              <w:t xml:space="preserve">  Ineligible</w:t>
            </w:r>
          </w:p>
        </w:tc>
      </w:tr>
    </w:tbl>
    <w:p w14:paraId="648E738A" w14:textId="77777777" w:rsidR="000D3CEC" w:rsidRDefault="000D3CEC">
      <w:pPr>
        <w:spacing w:after="120"/>
      </w:pPr>
    </w:p>
    <w:tbl>
      <w:tblPr>
        <w:tblW w:w="0" w:type="auto"/>
        <w:tblLook w:val="04A0" w:firstRow="1" w:lastRow="0" w:firstColumn="1" w:lastColumn="0" w:noHBand="0" w:noVBand="1"/>
      </w:tblPr>
      <w:tblGrid>
        <w:gridCol w:w="4536"/>
        <w:gridCol w:w="4536"/>
      </w:tblGrid>
      <w:tr w:rsidR="000D3CEC" w14:paraId="04A3BBFB" w14:textId="77777777">
        <w:tc>
          <w:tcPr>
            <w:tcW w:w="4536" w:type="dxa"/>
            <w:tcBorders>
              <w:top w:val="nil"/>
              <w:left w:val="nil"/>
              <w:bottom w:val="nil"/>
              <w:right w:val="nil"/>
            </w:tcBorders>
          </w:tcPr>
          <w:p w14:paraId="47F34F1F" w14:textId="77777777" w:rsidR="000D3CEC" w:rsidRDefault="00C64150">
            <w:r>
              <w:rPr>
                <w:b/>
                <w:color w:val="1F2326"/>
                <w:sz w:val="20"/>
              </w:rPr>
              <w:t>Academic background</w:t>
            </w:r>
          </w:p>
          <w:p w14:paraId="5C2F37DE" w14:textId="77777777" w:rsidR="000D3CEC" w:rsidRDefault="00C64150">
            <w:pPr>
              <w:spacing w:after="60"/>
            </w:pPr>
            <w:r>
              <w:rPr>
                <w:color w:val="5C6368"/>
                <w:sz w:val="19"/>
              </w:rPr>
              <w:t>☐</w:t>
            </w:r>
            <w:r>
              <w:rPr>
                <w:color w:val="5C6368"/>
                <w:sz w:val="19"/>
              </w:rPr>
              <w:t xml:space="preserve">  Excellent</w:t>
            </w:r>
          </w:p>
          <w:p w14:paraId="1A7F3729" w14:textId="77777777" w:rsidR="000D3CEC" w:rsidRDefault="00C64150">
            <w:pPr>
              <w:spacing w:after="60"/>
            </w:pPr>
            <w:r>
              <w:rPr>
                <w:color w:val="5C6368"/>
                <w:sz w:val="19"/>
              </w:rPr>
              <w:t>☐</w:t>
            </w:r>
            <w:r>
              <w:rPr>
                <w:color w:val="5C6368"/>
                <w:sz w:val="19"/>
              </w:rPr>
              <w:t xml:space="preserve">  Good</w:t>
            </w:r>
          </w:p>
          <w:p w14:paraId="1D73EEDF" w14:textId="77777777" w:rsidR="000D3CEC" w:rsidRDefault="00C64150">
            <w:pPr>
              <w:spacing w:after="60"/>
            </w:pPr>
            <w:r>
              <w:rPr>
                <w:color w:val="5C6368"/>
                <w:sz w:val="19"/>
              </w:rPr>
              <w:t>☐</w:t>
            </w:r>
            <w:r>
              <w:rPr>
                <w:color w:val="5C6368"/>
                <w:sz w:val="19"/>
              </w:rPr>
              <w:t xml:space="preserve">  Average</w:t>
            </w:r>
          </w:p>
          <w:p w14:paraId="039FA5BA" w14:textId="77777777" w:rsidR="000D3CEC" w:rsidRDefault="00C64150">
            <w:pPr>
              <w:spacing w:after="60"/>
            </w:pPr>
            <w:r>
              <w:rPr>
                <w:color w:val="5C6368"/>
                <w:sz w:val="19"/>
              </w:rPr>
              <w:t>☐</w:t>
            </w:r>
            <w:r>
              <w:rPr>
                <w:color w:val="5C6368"/>
                <w:sz w:val="19"/>
              </w:rPr>
              <w:t xml:space="preserve">  Below requirement</w:t>
            </w:r>
          </w:p>
        </w:tc>
        <w:tc>
          <w:tcPr>
            <w:tcW w:w="4536" w:type="dxa"/>
            <w:tcBorders>
              <w:top w:val="nil"/>
              <w:left w:val="nil"/>
              <w:bottom w:val="nil"/>
              <w:right w:val="nil"/>
            </w:tcBorders>
          </w:tcPr>
          <w:p w14:paraId="1EA57357" w14:textId="77777777" w:rsidR="000D3CEC" w:rsidRDefault="00C64150">
            <w:r>
              <w:rPr>
                <w:b/>
                <w:color w:val="1F2326"/>
                <w:sz w:val="20"/>
              </w:rPr>
              <w:t>Research alignment</w:t>
            </w:r>
          </w:p>
          <w:p w14:paraId="4C468EDF" w14:textId="77777777" w:rsidR="000D3CEC" w:rsidRDefault="00C64150">
            <w:pPr>
              <w:spacing w:after="60"/>
            </w:pPr>
            <w:r>
              <w:rPr>
                <w:color w:val="5C6368"/>
                <w:sz w:val="19"/>
              </w:rPr>
              <w:t>☐</w:t>
            </w:r>
            <w:r>
              <w:rPr>
                <w:color w:val="5C6368"/>
                <w:sz w:val="19"/>
              </w:rPr>
              <w:t xml:space="preserve">  Highly aligned</w:t>
            </w:r>
          </w:p>
          <w:p w14:paraId="49E3D8AD" w14:textId="77777777" w:rsidR="000D3CEC" w:rsidRDefault="00C64150">
            <w:pPr>
              <w:spacing w:after="60"/>
            </w:pPr>
            <w:r>
              <w:rPr>
                <w:color w:val="5C6368"/>
                <w:sz w:val="19"/>
              </w:rPr>
              <w:t>☐</w:t>
            </w:r>
            <w:r>
              <w:rPr>
                <w:color w:val="5C6368"/>
                <w:sz w:val="19"/>
              </w:rPr>
              <w:t xml:space="preserve">  Fairly aligned</w:t>
            </w:r>
          </w:p>
          <w:p w14:paraId="44FC529E" w14:textId="77777777" w:rsidR="000D3CEC" w:rsidRDefault="00C64150">
            <w:pPr>
              <w:spacing w:after="60"/>
            </w:pPr>
            <w:r>
              <w:rPr>
                <w:color w:val="5C6368"/>
                <w:sz w:val="19"/>
              </w:rPr>
              <w:t>☐</w:t>
            </w:r>
            <w:r>
              <w:rPr>
                <w:color w:val="5C6368"/>
                <w:sz w:val="19"/>
              </w:rPr>
              <w:t xml:space="preserve">  Average</w:t>
            </w:r>
          </w:p>
          <w:p w14:paraId="1EFA5536" w14:textId="77777777" w:rsidR="000D3CEC" w:rsidRDefault="00C64150">
            <w:pPr>
              <w:spacing w:after="60"/>
            </w:pPr>
            <w:r>
              <w:rPr>
                <w:color w:val="5C6368"/>
                <w:sz w:val="19"/>
              </w:rPr>
              <w:t>☐</w:t>
            </w:r>
            <w:r>
              <w:rPr>
                <w:color w:val="5C6368"/>
                <w:sz w:val="19"/>
              </w:rPr>
              <w:t xml:space="preserve">  Not aligned</w:t>
            </w:r>
          </w:p>
        </w:tc>
      </w:tr>
    </w:tbl>
    <w:p w14:paraId="186F4AFA" w14:textId="77777777" w:rsidR="000D3CEC" w:rsidRDefault="000D3CEC">
      <w:pPr>
        <w:spacing w:after="160"/>
      </w:pPr>
    </w:p>
    <w:p w14:paraId="009C148B" w14:textId="77777777" w:rsidR="000D3CEC" w:rsidRDefault="00C64150">
      <w:pPr>
        <w:spacing w:after="80"/>
      </w:pPr>
      <w:r>
        <w:rPr>
          <w:color w:val="5C6368"/>
        </w:rPr>
        <w:t>Preliminary comments:</w:t>
      </w:r>
    </w:p>
    <w:p w14:paraId="7ECCC30D" w14:textId="77777777" w:rsidR="000D3CEC" w:rsidRDefault="00C64150">
      <w:pPr>
        <w:pBdr>
          <w:bottom w:val="single" w:sz="6" w:space="1" w:color="DADDDD"/>
        </w:pBdr>
      </w:pPr>
      <w:r>
        <w:rPr>
          <w:sz w:val="16"/>
        </w:rPr>
        <w:t xml:space="preserve"> </w:t>
      </w:r>
    </w:p>
    <w:p w14:paraId="1063D086" w14:textId="77777777" w:rsidR="000D3CEC" w:rsidRDefault="00C64150">
      <w:pPr>
        <w:pBdr>
          <w:bottom w:val="single" w:sz="6" w:space="1" w:color="DADDDD"/>
        </w:pBdr>
      </w:pPr>
      <w:r>
        <w:rPr>
          <w:sz w:val="16"/>
        </w:rPr>
        <w:t xml:space="preserve"> </w:t>
      </w:r>
    </w:p>
    <w:p w14:paraId="60435B00" w14:textId="77777777" w:rsidR="000D3CEC" w:rsidRDefault="000D3CEC">
      <w:pPr>
        <w:spacing w:after="40"/>
      </w:pPr>
    </w:p>
    <w:p w14:paraId="1307034B" w14:textId="77777777" w:rsidR="000D3CEC" w:rsidRDefault="00C64150">
      <w:pPr>
        <w:spacing w:after="80"/>
      </w:pPr>
      <w:r>
        <w:rPr>
          <w:color w:val="5C6368"/>
        </w:rPr>
        <w:t>Materials to supplement or items to revise:</w:t>
      </w:r>
    </w:p>
    <w:p w14:paraId="0F160421" w14:textId="77777777" w:rsidR="000D3CEC" w:rsidRDefault="00C64150">
      <w:pPr>
        <w:pBdr>
          <w:bottom w:val="single" w:sz="6" w:space="1" w:color="DADDDD"/>
        </w:pBdr>
      </w:pPr>
      <w:r>
        <w:rPr>
          <w:sz w:val="16"/>
        </w:rPr>
        <w:t xml:space="preserve"> </w:t>
      </w:r>
    </w:p>
    <w:p w14:paraId="5AA91C16" w14:textId="77777777" w:rsidR="000D3CEC" w:rsidRDefault="000D3CEC">
      <w:pPr>
        <w:spacing w:after="40"/>
      </w:pPr>
    </w:p>
    <w:p w14:paraId="24A75761" w14:textId="77777777" w:rsidR="000D3CEC" w:rsidRDefault="00C64150">
      <w:pPr>
        <w:spacing w:before="200" w:after="40"/>
      </w:pPr>
      <w:r>
        <w:rPr>
          <w:b/>
          <w:color w:val="1F2326"/>
          <w:sz w:val="24"/>
        </w:rPr>
        <w:t>Preliminary conclusion</w:t>
      </w:r>
    </w:p>
    <w:tbl>
      <w:tblPr>
        <w:tblW w:w="0" w:type="auto"/>
        <w:tblLook w:val="04A0" w:firstRow="1" w:lastRow="0" w:firstColumn="1" w:lastColumn="0" w:noHBand="0" w:noVBand="1"/>
      </w:tblPr>
      <w:tblGrid>
        <w:gridCol w:w="2268"/>
        <w:gridCol w:w="2268"/>
        <w:gridCol w:w="2268"/>
        <w:gridCol w:w="2268"/>
      </w:tblGrid>
      <w:tr w:rsidR="000D3CEC" w14:paraId="4DB07A46" w14:textId="77777777">
        <w:tc>
          <w:tcPr>
            <w:tcW w:w="2268" w:type="dxa"/>
            <w:tcBorders>
              <w:top w:val="nil"/>
              <w:left w:val="nil"/>
              <w:bottom w:val="nil"/>
              <w:right w:val="nil"/>
            </w:tcBorders>
          </w:tcPr>
          <w:p w14:paraId="42CFE07B" w14:textId="77777777" w:rsidR="000D3CEC" w:rsidRDefault="00C64150">
            <w:pPr>
              <w:spacing w:after="120"/>
            </w:pPr>
            <w:r>
              <w:rPr>
                <w:color w:val="5C6368"/>
                <w:sz w:val="20"/>
              </w:rPr>
              <w:t>☐</w:t>
            </w:r>
            <w:r>
              <w:rPr>
                <w:color w:val="5C6368"/>
                <w:sz w:val="20"/>
              </w:rPr>
              <w:t xml:space="preserve">  Pass</w:t>
            </w:r>
          </w:p>
        </w:tc>
        <w:tc>
          <w:tcPr>
            <w:tcW w:w="2268" w:type="dxa"/>
            <w:tcBorders>
              <w:top w:val="nil"/>
              <w:left w:val="nil"/>
              <w:bottom w:val="nil"/>
              <w:right w:val="nil"/>
            </w:tcBorders>
          </w:tcPr>
          <w:p w14:paraId="3BE3AA06" w14:textId="77777777" w:rsidR="000D3CEC" w:rsidRDefault="00C64150">
            <w:pPr>
              <w:spacing w:after="120"/>
            </w:pPr>
            <w:r>
              <w:rPr>
                <w:color w:val="5C6368"/>
                <w:sz w:val="20"/>
              </w:rPr>
              <w:t>☐</w:t>
            </w:r>
            <w:r>
              <w:rPr>
                <w:color w:val="5C6368"/>
                <w:sz w:val="20"/>
              </w:rPr>
              <w:t xml:space="preserve">  Conditional pass</w:t>
            </w:r>
          </w:p>
        </w:tc>
        <w:tc>
          <w:tcPr>
            <w:tcW w:w="2268" w:type="dxa"/>
            <w:tcBorders>
              <w:top w:val="nil"/>
              <w:left w:val="nil"/>
              <w:bottom w:val="nil"/>
              <w:right w:val="nil"/>
            </w:tcBorders>
          </w:tcPr>
          <w:p w14:paraId="27FE6BC4" w14:textId="77777777" w:rsidR="000D3CEC" w:rsidRDefault="00C64150">
            <w:pPr>
              <w:spacing w:after="120"/>
            </w:pPr>
            <w:r>
              <w:rPr>
                <w:color w:val="5C6368"/>
                <w:sz w:val="20"/>
              </w:rPr>
              <w:t>☐</w:t>
            </w:r>
            <w:r>
              <w:rPr>
                <w:color w:val="5C6368"/>
                <w:sz w:val="20"/>
              </w:rPr>
              <w:t xml:space="preserve">  Deferred</w:t>
            </w:r>
          </w:p>
        </w:tc>
        <w:tc>
          <w:tcPr>
            <w:tcW w:w="2268" w:type="dxa"/>
            <w:tcBorders>
              <w:top w:val="nil"/>
              <w:left w:val="nil"/>
              <w:bottom w:val="nil"/>
              <w:right w:val="nil"/>
            </w:tcBorders>
          </w:tcPr>
          <w:p w14:paraId="667911E5" w14:textId="77777777" w:rsidR="000D3CEC" w:rsidRDefault="00C64150">
            <w:pPr>
              <w:spacing w:after="120"/>
            </w:pPr>
            <w:r>
              <w:rPr>
                <w:color w:val="5C6368"/>
                <w:sz w:val="20"/>
              </w:rPr>
              <w:t>☐</w:t>
            </w:r>
            <w:r>
              <w:rPr>
                <w:color w:val="5C6368"/>
                <w:sz w:val="20"/>
              </w:rPr>
              <w:t xml:space="preserve">  Fail</w:t>
            </w:r>
          </w:p>
        </w:tc>
      </w:tr>
    </w:tbl>
    <w:p w14:paraId="064FA17B" w14:textId="77777777" w:rsidR="000D3CEC" w:rsidRDefault="000D3CEC">
      <w:pPr>
        <w:spacing w:after="40"/>
      </w:pPr>
    </w:p>
    <w:p w14:paraId="37F29B30" w14:textId="77777777" w:rsidR="000D3CEC" w:rsidRDefault="00C64150">
      <w:pPr>
        <w:spacing w:after="40"/>
      </w:pPr>
      <w:r>
        <w:rPr>
          <w:rFonts w:ascii="Consolas" w:eastAsia="Consolas" w:hAnsi="Consolas"/>
          <w:color w:val="8A9196"/>
          <w:sz w:val="17"/>
        </w:rPr>
        <w:t>Reviewer</w:t>
      </w:r>
    </w:p>
    <w:p w14:paraId="7138606B" w14:textId="77777777" w:rsidR="000D3CEC" w:rsidRDefault="00C64150">
      <w:pPr>
        <w:pBdr>
          <w:bottom w:val="single" w:sz="6" w:space="1" w:color="DADDDD"/>
        </w:pBdr>
      </w:pPr>
      <w:r>
        <w:rPr>
          <w:sz w:val="16"/>
        </w:rPr>
        <w:t xml:space="preserve"> </w:t>
      </w:r>
    </w:p>
    <w:p w14:paraId="1AD7DCDD" w14:textId="77777777" w:rsidR="000D3CEC" w:rsidRDefault="00C64150">
      <w:r>
        <w:lastRenderedPageBreak/>
        <w:br w:type="page"/>
      </w:r>
    </w:p>
    <w:p w14:paraId="6640C4A7" w14:textId="77777777" w:rsidR="000D3CEC" w:rsidRDefault="00C64150">
      <w:pPr>
        <w:spacing w:before="80" w:after="40"/>
      </w:pPr>
      <w:r>
        <w:rPr>
          <w:rFonts w:ascii="Consolas" w:eastAsia="Consolas" w:hAnsi="Consolas"/>
          <w:color w:val="8A9196"/>
          <w:sz w:val="20"/>
        </w:rPr>
        <w:lastRenderedPageBreak/>
        <w:t>INTERNAL REVIEW · CONT.</w:t>
      </w:r>
    </w:p>
    <w:p w14:paraId="5DC5279D" w14:textId="77777777" w:rsidR="000D3CEC" w:rsidRDefault="00C64150">
      <w:pPr>
        <w:spacing w:after="80"/>
      </w:pPr>
      <w:r>
        <w:rPr>
          <w:rFonts w:ascii="Georgia" w:eastAsia="Georgia" w:hAnsi="Georgia"/>
          <w:b/>
          <w:color w:val="1F2326"/>
          <w:sz w:val="38"/>
        </w:rPr>
        <w:t>16. Academic Review</w:t>
      </w:r>
    </w:p>
    <w:p w14:paraId="6F8D8FEB" w14:textId="77777777" w:rsidR="000D3CEC" w:rsidRDefault="000D3CEC">
      <w:pPr>
        <w:pBdr>
          <w:bottom w:val="single" w:sz="10" w:space="1" w:color="1F2326"/>
        </w:pBdr>
        <w:spacing w:after="280"/>
      </w:pPr>
    </w:p>
    <w:p w14:paraId="24D71B11" w14:textId="77777777" w:rsidR="000D3CEC" w:rsidRDefault="00C64150">
      <w:pPr>
        <w:spacing w:after="80"/>
      </w:pPr>
      <w:r>
        <w:rPr>
          <w:color w:val="5C6368"/>
        </w:rPr>
        <w:t>Comments of the Academic Committee / Research Lead:</w:t>
      </w:r>
    </w:p>
    <w:p w14:paraId="6B3615D8" w14:textId="77777777" w:rsidR="000D3CEC" w:rsidRDefault="00C64150">
      <w:pPr>
        <w:pBdr>
          <w:bottom w:val="single" w:sz="6" w:space="1" w:color="DADDDD"/>
        </w:pBdr>
      </w:pPr>
      <w:r>
        <w:rPr>
          <w:sz w:val="16"/>
        </w:rPr>
        <w:t xml:space="preserve"> </w:t>
      </w:r>
    </w:p>
    <w:p w14:paraId="14F0E1ED" w14:textId="77777777" w:rsidR="000D3CEC" w:rsidRDefault="00C64150">
      <w:pPr>
        <w:pBdr>
          <w:bottom w:val="single" w:sz="6" w:space="1" w:color="DADDDD"/>
        </w:pBdr>
      </w:pPr>
      <w:r>
        <w:rPr>
          <w:sz w:val="16"/>
        </w:rPr>
        <w:t xml:space="preserve"> </w:t>
      </w:r>
    </w:p>
    <w:p w14:paraId="78180EA5" w14:textId="77777777" w:rsidR="000D3CEC" w:rsidRDefault="000D3CEC">
      <w:pPr>
        <w:spacing w:after="40"/>
      </w:pPr>
    </w:p>
    <w:p w14:paraId="4DF6D011" w14:textId="77777777" w:rsidR="000D3CEC" w:rsidRDefault="00C64150">
      <w:pPr>
        <w:spacing w:before="200" w:after="40"/>
      </w:pPr>
      <w:r>
        <w:rPr>
          <w:b/>
          <w:color w:val="1F2326"/>
          <w:sz w:val="24"/>
        </w:rPr>
        <w:t>Recommended appointment</w:t>
      </w:r>
    </w:p>
    <w:tbl>
      <w:tblPr>
        <w:tblW w:w="0" w:type="auto"/>
        <w:tblLook w:val="04A0" w:firstRow="1" w:lastRow="0" w:firstColumn="1" w:lastColumn="0" w:noHBand="0" w:noVBand="1"/>
      </w:tblPr>
      <w:tblGrid>
        <w:gridCol w:w="4536"/>
        <w:gridCol w:w="4536"/>
      </w:tblGrid>
      <w:tr w:rsidR="000D3CEC" w14:paraId="525BB7E7" w14:textId="77777777">
        <w:tc>
          <w:tcPr>
            <w:tcW w:w="4536" w:type="dxa"/>
            <w:tcBorders>
              <w:top w:val="nil"/>
              <w:left w:val="nil"/>
              <w:bottom w:val="nil"/>
              <w:right w:val="nil"/>
            </w:tcBorders>
          </w:tcPr>
          <w:p w14:paraId="10990D65" w14:textId="77777777" w:rsidR="000D3CEC" w:rsidRDefault="00C64150">
            <w:pPr>
              <w:spacing w:after="120"/>
            </w:pPr>
            <w:r>
              <w:rPr>
                <w:color w:val="5C6368"/>
                <w:sz w:val="20"/>
              </w:rPr>
              <w:t>☐</w:t>
            </w:r>
            <w:r>
              <w:rPr>
                <w:color w:val="5C6368"/>
                <w:sz w:val="20"/>
              </w:rPr>
              <w:t xml:space="preserve">  Appoint as Research Fellow</w:t>
            </w:r>
          </w:p>
        </w:tc>
        <w:tc>
          <w:tcPr>
            <w:tcW w:w="4536" w:type="dxa"/>
            <w:tcBorders>
              <w:top w:val="nil"/>
              <w:left w:val="nil"/>
              <w:bottom w:val="nil"/>
              <w:right w:val="nil"/>
            </w:tcBorders>
          </w:tcPr>
          <w:p w14:paraId="5AA3A0C6" w14:textId="77777777" w:rsidR="000D3CEC" w:rsidRDefault="00C64150">
            <w:pPr>
              <w:spacing w:after="120"/>
            </w:pPr>
            <w:r>
              <w:rPr>
                <w:color w:val="5C6368"/>
                <w:sz w:val="20"/>
              </w:rPr>
              <w:t>☐</w:t>
            </w:r>
            <w:r>
              <w:rPr>
                <w:color w:val="5C6368"/>
                <w:sz w:val="20"/>
              </w:rPr>
              <w:t xml:space="preserve">  Appoint as Associate Research Fellow</w:t>
            </w:r>
          </w:p>
        </w:tc>
      </w:tr>
      <w:tr w:rsidR="000D3CEC" w14:paraId="06FC3185" w14:textId="77777777">
        <w:tc>
          <w:tcPr>
            <w:tcW w:w="4536" w:type="dxa"/>
            <w:tcBorders>
              <w:top w:val="nil"/>
              <w:left w:val="nil"/>
              <w:bottom w:val="nil"/>
              <w:right w:val="nil"/>
            </w:tcBorders>
          </w:tcPr>
          <w:p w14:paraId="23AAE8F2" w14:textId="77777777" w:rsidR="000D3CEC" w:rsidRDefault="00C64150">
            <w:pPr>
              <w:spacing w:after="120"/>
            </w:pPr>
            <w:r>
              <w:rPr>
                <w:color w:val="5C6368"/>
                <w:sz w:val="20"/>
              </w:rPr>
              <w:t>☐</w:t>
            </w:r>
            <w:r>
              <w:rPr>
                <w:color w:val="5C6368"/>
                <w:sz w:val="20"/>
              </w:rPr>
              <w:t xml:space="preserve">  Appoint as Research Assistant</w:t>
            </w:r>
          </w:p>
        </w:tc>
        <w:tc>
          <w:tcPr>
            <w:tcW w:w="4536" w:type="dxa"/>
            <w:tcBorders>
              <w:top w:val="nil"/>
              <w:left w:val="nil"/>
              <w:bottom w:val="nil"/>
              <w:right w:val="nil"/>
            </w:tcBorders>
          </w:tcPr>
          <w:p w14:paraId="6EB73F16" w14:textId="77777777" w:rsidR="000D3CEC" w:rsidRDefault="00C64150">
            <w:pPr>
              <w:spacing w:after="120"/>
            </w:pPr>
            <w:r>
              <w:rPr>
                <w:color w:val="5C6368"/>
                <w:sz w:val="20"/>
              </w:rPr>
              <w:t>☐</w:t>
            </w:r>
            <w:r>
              <w:rPr>
                <w:color w:val="5C6368"/>
                <w:sz w:val="20"/>
              </w:rPr>
              <w:t xml:space="preserve">  Appoint as Young Research Fellow</w:t>
            </w:r>
          </w:p>
        </w:tc>
      </w:tr>
      <w:tr w:rsidR="000D3CEC" w14:paraId="7EF9C1A4" w14:textId="77777777">
        <w:tc>
          <w:tcPr>
            <w:tcW w:w="4536" w:type="dxa"/>
            <w:tcBorders>
              <w:top w:val="nil"/>
              <w:left w:val="nil"/>
              <w:bottom w:val="nil"/>
              <w:right w:val="nil"/>
            </w:tcBorders>
          </w:tcPr>
          <w:p w14:paraId="14047EFB" w14:textId="77777777" w:rsidR="000D3CEC" w:rsidRDefault="00C64150">
            <w:pPr>
              <w:spacing w:after="120"/>
            </w:pPr>
            <w:r>
              <w:rPr>
                <w:color w:val="5C6368"/>
                <w:sz w:val="20"/>
              </w:rPr>
              <w:t>☐</w:t>
            </w:r>
            <w:r>
              <w:rPr>
                <w:color w:val="5C6368"/>
                <w:sz w:val="20"/>
              </w:rPr>
              <w:t xml:space="preserve">  Redirect to Visiting Fellow application</w:t>
            </w:r>
          </w:p>
        </w:tc>
        <w:tc>
          <w:tcPr>
            <w:tcW w:w="4536" w:type="dxa"/>
            <w:tcBorders>
              <w:top w:val="nil"/>
              <w:left w:val="nil"/>
              <w:bottom w:val="nil"/>
              <w:right w:val="nil"/>
            </w:tcBorders>
          </w:tcPr>
          <w:p w14:paraId="0B88177D" w14:textId="77777777" w:rsidR="000D3CEC" w:rsidRDefault="00C64150">
            <w:pPr>
              <w:spacing w:after="120"/>
            </w:pPr>
            <w:r>
              <w:rPr>
                <w:color w:val="5C6368"/>
                <w:sz w:val="20"/>
              </w:rPr>
              <w:t>☐</w:t>
            </w:r>
            <w:r>
              <w:rPr>
                <w:color w:val="5C6368"/>
                <w:sz w:val="20"/>
              </w:rPr>
              <w:t xml:space="preserve">  Defer</w:t>
            </w:r>
          </w:p>
        </w:tc>
      </w:tr>
      <w:tr w:rsidR="000D3CEC" w14:paraId="16160EBB" w14:textId="77777777">
        <w:tc>
          <w:tcPr>
            <w:tcW w:w="4536" w:type="dxa"/>
            <w:tcBorders>
              <w:top w:val="nil"/>
              <w:left w:val="nil"/>
              <w:bottom w:val="nil"/>
              <w:right w:val="nil"/>
            </w:tcBorders>
          </w:tcPr>
          <w:p w14:paraId="4E86A95D" w14:textId="77777777" w:rsidR="000D3CEC" w:rsidRDefault="00C64150">
            <w:pPr>
              <w:spacing w:after="120"/>
            </w:pPr>
            <w:r>
              <w:rPr>
                <w:color w:val="5C6368"/>
                <w:sz w:val="20"/>
              </w:rPr>
              <w:t>☐</w:t>
            </w:r>
            <w:r>
              <w:rPr>
                <w:color w:val="5C6368"/>
                <w:sz w:val="20"/>
              </w:rPr>
              <w:t xml:space="preserve">  Not recommended</w:t>
            </w:r>
          </w:p>
        </w:tc>
        <w:tc>
          <w:tcPr>
            <w:tcW w:w="4536" w:type="dxa"/>
            <w:tcBorders>
              <w:top w:val="nil"/>
              <w:left w:val="nil"/>
              <w:bottom w:val="nil"/>
              <w:right w:val="nil"/>
            </w:tcBorders>
          </w:tcPr>
          <w:p w14:paraId="1F1C2722" w14:textId="77777777" w:rsidR="000D3CEC" w:rsidRDefault="000D3CEC">
            <w:pPr>
              <w:spacing w:after="120"/>
            </w:pPr>
          </w:p>
        </w:tc>
      </w:tr>
    </w:tbl>
    <w:p w14:paraId="673FEB6E" w14:textId="77777777" w:rsidR="000D3CEC" w:rsidRDefault="000D3CEC">
      <w:pPr>
        <w:spacing w:after="40"/>
      </w:pPr>
    </w:p>
    <w:p w14:paraId="1A37D073" w14:textId="77777777" w:rsidR="000D3CEC" w:rsidRDefault="00C64150">
      <w:pPr>
        <w:spacing w:before="200" w:after="40"/>
      </w:pPr>
      <w:r>
        <w:rPr>
          <w:b/>
          <w:color w:val="1F2326"/>
          <w:sz w:val="24"/>
        </w:rPr>
        <w:t>Recommended term</w:t>
      </w:r>
    </w:p>
    <w:tbl>
      <w:tblPr>
        <w:tblW w:w="0" w:type="auto"/>
        <w:tblLook w:val="04A0" w:firstRow="1" w:lastRow="0" w:firstColumn="1" w:lastColumn="0" w:noHBand="0" w:noVBand="1"/>
      </w:tblPr>
      <w:tblGrid>
        <w:gridCol w:w="2268"/>
        <w:gridCol w:w="2268"/>
        <w:gridCol w:w="2268"/>
        <w:gridCol w:w="2268"/>
      </w:tblGrid>
      <w:tr w:rsidR="000D3CEC" w14:paraId="57715344" w14:textId="77777777">
        <w:tc>
          <w:tcPr>
            <w:tcW w:w="2268" w:type="dxa"/>
            <w:tcBorders>
              <w:top w:val="nil"/>
              <w:left w:val="nil"/>
              <w:bottom w:val="nil"/>
              <w:right w:val="nil"/>
            </w:tcBorders>
          </w:tcPr>
          <w:p w14:paraId="6A449E6C" w14:textId="77777777" w:rsidR="000D3CEC" w:rsidRDefault="00C64150">
            <w:pPr>
              <w:spacing w:after="120"/>
            </w:pPr>
            <w:r>
              <w:rPr>
                <w:color w:val="5C6368"/>
                <w:sz w:val="20"/>
              </w:rPr>
              <w:t>☐</w:t>
            </w:r>
            <w:r>
              <w:rPr>
                <w:color w:val="5C6368"/>
                <w:sz w:val="20"/>
              </w:rPr>
              <w:t xml:space="preserve">  1 year</w:t>
            </w:r>
          </w:p>
        </w:tc>
        <w:tc>
          <w:tcPr>
            <w:tcW w:w="2268" w:type="dxa"/>
            <w:tcBorders>
              <w:top w:val="nil"/>
              <w:left w:val="nil"/>
              <w:bottom w:val="nil"/>
              <w:right w:val="nil"/>
            </w:tcBorders>
          </w:tcPr>
          <w:p w14:paraId="657E7C7C" w14:textId="77777777" w:rsidR="000D3CEC" w:rsidRDefault="00C64150">
            <w:pPr>
              <w:spacing w:after="120"/>
            </w:pPr>
            <w:r>
              <w:rPr>
                <w:color w:val="5C6368"/>
                <w:sz w:val="20"/>
              </w:rPr>
              <w:t>☐</w:t>
            </w:r>
            <w:r>
              <w:rPr>
                <w:color w:val="5C6368"/>
                <w:sz w:val="20"/>
              </w:rPr>
              <w:t xml:space="preserve">  2 years</w:t>
            </w:r>
          </w:p>
        </w:tc>
        <w:tc>
          <w:tcPr>
            <w:tcW w:w="2268" w:type="dxa"/>
            <w:tcBorders>
              <w:top w:val="nil"/>
              <w:left w:val="nil"/>
              <w:bottom w:val="nil"/>
              <w:right w:val="nil"/>
            </w:tcBorders>
          </w:tcPr>
          <w:p w14:paraId="407A866D" w14:textId="77777777" w:rsidR="000D3CEC" w:rsidRDefault="00C64150">
            <w:pPr>
              <w:spacing w:after="120"/>
            </w:pPr>
            <w:r>
              <w:rPr>
                <w:color w:val="5C6368"/>
                <w:sz w:val="20"/>
              </w:rPr>
              <w:t>☐</w:t>
            </w:r>
            <w:r>
              <w:rPr>
                <w:color w:val="5C6368"/>
                <w:sz w:val="20"/>
              </w:rPr>
              <w:t xml:space="preserve">  3 years</w:t>
            </w:r>
          </w:p>
        </w:tc>
        <w:tc>
          <w:tcPr>
            <w:tcW w:w="2268" w:type="dxa"/>
            <w:tcBorders>
              <w:top w:val="nil"/>
              <w:left w:val="nil"/>
              <w:bottom w:val="nil"/>
              <w:right w:val="nil"/>
            </w:tcBorders>
          </w:tcPr>
          <w:p w14:paraId="3783D439" w14:textId="77777777" w:rsidR="000D3CEC" w:rsidRDefault="00C64150">
            <w:pPr>
              <w:spacing w:after="120"/>
            </w:pPr>
            <w:r>
              <w:rPr>
                <w:color w:val="5C6368"/>
                <w:sz w:val="20"/>
              </w:rPr>
              <w:t>☐</w:t>
            </w:r>
            <w:r>
              <w:rPr>
                <w:color w:val="5C6368"/>
                <w:sz w:val="20"/>
              </w:rPr>
              <w:t xml:space="preserve">  Other</w:t>
            </w:r>
          </w:p>
        </w:tc>
      </w:tr>
    </w:tbl>
    <w:p w14:paraId="31943943" w14:textId="77777777" w:rsidR="000D3CEC" w:rsidRDefault="000D3CEC">
      <w:pPr>
        <w:spacing w:after="40"/>
      </w:pPr>
    </w:p>
    <w:p w14:paraId="1E6585DA" w14:textId="77777777" w:rsidR="000D3CEC" w:rsidRDefault="00C64150">
      <w:pPr>
        <w:spacing w:before="200" w:after="40"/>
      </w:pPr>
      <w:r>
        <w:rPr>
          <w:b/>
          <w:color w:val="1F2326"/>
          <w:sz w:val="24"/>
        </w:rPr>
        <w:t>Recommended area / center</w:t>
      </w:r>
    </w:p>
    <w:tbl>
      <w:tblPr>
        <w:tblW w:w="0" w:type="auto"/>
        <w:tblLook w:val="04A0" w:firstRow="1" w:lastRow="0" w:firstColumn="1" w:lastColumn="0" w:noHBand="0" w:noVBand="1"/>
      </w:tblPr>
      <w:tblGrid>
        <w:gridCol w:w="4536"/>
        <w:gridCol w:w="4536"/>
      </w:tblGrid>
      <w:tr w:rsidR="000D3CEC" w14:paraId="63D6552F" w14:textId="77777777">
        <w:tc>
          <w:tcPr>
            <w:tcW w:w="4536" w:type="dxa"/>
            <w:tcBorders>
              <w:top w:val="nil"/>
              <w:left w:val="nil"/>
              <w:bottom w:val="nil"/>
              <w:right w:val="nil"/>
            </w:tcBorders>
          </w:tcPr>
          <w:p w14:paraId="37CCACC0" w14:textId="77777777" w:rsidR="000D3CEC" w:rsidRDefault="00C64150">
            <w:pPr>
              <w:spacing w:after="120"/>
            </w:pPr>
            <w:r>
              <w:rPr>
                <w:color w:val="5C6368"/>
                <w:sz w:val="20"/>
              </w:rPr>
              <w:t>☐</w:t>
            </w:r>
            <w:r>
              <w:rPr>
                <w:color w:val="5C6368"/>
                <w:sz w:val="20"/>
              </w:rPr>
              <w:t xml:space="preserve">  Scholarly Publishing Studies</w:t>
            </w:r>
          </w:p>
        </w:tc>
        <w:tc>
          <w:tcPr>
            <w:tcW w:w="4536" w:type="dxa"/>
            <w:tcBorders>
              <w:top w:val="nil"/>
              <w:left w:val="nil"/>
              <w:bottom w:val="nil"/>
              <w:right w:val="nil"/>
            </w:tcBorders>
          </w:tcPr>
          <w:p w14:paraId="420C1033" w14:textId="77777777" w:rsidR="000D3CEC" w:rsidRDefault="00C64150">
            <w:pPr>
              <w:spacing w:after="120"/>
            </w:pPr>
            <w:r>
              <w:rPr>
                <w:color w:val="5C6368"/>
                <w:sz w:val="20"/>
              </w:rPr>
              <w:t>☐</w:t>
            </w:r>
            <w:r>
              <w:rPr>
                <w:color w:val="5C6368"/>
                <w:sz w:val="20"/>
              </w:rPr>
              <w:t xml:space="preserve">  Journal Indexing &amp; Evaluation</w:t>
            </w:r>
          </w:p>
        </w:tc>
      </w:tr>
      <w:tr w:rsidR="000D3CEC" w14:paraId="6230B5E3" w14:textId="77777777">
        <w:tc>
          <w:tcPr>
            <w:tcW w:w="4536" w:type="dxa"/>
            <w:tcBorders>
              <w:top w:val="nil"/>
              <w:left w:val="nil"/>
              <w:bottom w:val="nil"/>
              <w:right w:val="nil"/>
            </w:tcBorders>
          </w:tcPr>
          <w:p w14:paraId="308ED20E" w14:textId="77777777" w:rsidR="000D3CEC" w:rsidRDefault="00C64150">
            <w:pPr>
              <w:spacing w:after="120"/>
            </w:pPr>
            <w:r>
              <w:rPr>
                <w:color w:val="5C6368"/>
                <w:sz w:val="20"/>
              </w:rPr>
              <w:t>☐</w:t>
            </w:r>
            <w:r>
              <w:rPr>
                <w:color w:val="5C6368"/>
                <w:sz w:val="20"/>
              </w:rPr>
              <w:t xml:space="preserve">  Public Policy &amp; Social Research</w:t>
            </w:r>
          </w:p>
        </w:tc>
        <w:tc>
          <w:tcPr>
            <w:tcW w:w="4536" w:type="dxa"/>
            <w:tcBorders>
              <w:top w:val="nil"/>
              <w:left w:val="nil"/>
              <w:bottom w:val="nil"/>
              <w:right w:val="nil"/>
            </w:tcBorders>
          </w:tcPr>
          <w:p w14:paraId="721D1EBA" w14:textId="77777777" w:rsidR="000D3CEC" w:rsidRDefault="00C64150">
            <w:pPr>
              <w:spacing w:after="120"/>
            </w:pPr>
            <w:r>
              <w:rPr>
                <w:color w:val="5C6368"/>
                <w:sz w:val="20"/>
              </w:rPr>
              <w:t>☐</w:t>
            </w:r>
            <w:r>
              <w:rPr>
                <w:color w:val="5C6368"/>
                <w:sz w:val="20"/>
              </w:rPr>
              <w:t xml:space="preserve">  AI &amp; Future Society</w:t>
            </w:r>
          </w:p>
        </w:tc>
      </w:tr>
      <w:tr w:rsidR="000D3CEC" w14:paraId="58E9C75F" w14:textId="77777777">
        <w:tc>
          <w:tcPr>
            <w:tcW w:w="4536" w:type="dxa"/>
            <w:tcBorders>
              <w:top w:val="nil"/>
              <w:left w:val="nil"/>
              <w:bottom w:val="nil"/>
              <w:right w:val="nil"/>
            </w:tcBorders>
          </w:tcPr>
          <w:p w14:paraId="01BEAA19" w14:textId="77777777" w:rsidR="000D3CEC" w:rsidRDefault="00C64150">
            <w:pPr>
              <w:spacing w:after="120"/>
            </w:pPr>
            <w:r>
              <w:rPr>
                <w:color w:val="5C6368"/>
                <w:sz w:val="20"/>
              </w:rPr>
              <w:t>☐</w:t>
            </w:r>
            <w:r>
              <w:rPr>
                <w:color w:val="5C6368"/>
                <w:sz w:val="20"/>
              </w:rPr>
              <w:t xml:space="preserve">  Arts, Culture &amp; Embodiment</w:t>
            </w:r>
          </w:p>
        </w:tc>
        <w:tc>
          <w:tcPr>
            <w:tcW w:w="4536" w:type="dxa"/>
            <w:tcBorders>
              <w:top w:val="nil"/>
              <w:left w:val="nil"/>
              <w:bottom w:val="nil"/>
              <w:right w:val="nil"/>
            </w:tcBorders>
          </w:tcPr>
          <w:p w14:paraId="0A903263" w14:textId="77777777" w:rsidR="000D3CEC" w:rsidRDefault="00C64150">
            <w:pPr>
              <w:spacing w:after="120"/>
            </w:pPr>
            <w:r>
              <w:rPr>
                <w:color w:val="5C6368"/>
                <w:sz w:val="20"/>
              </w:rPr>
              <w:t>☐</w:t>
            </w:r>
            <w:r>
              <w:rPr>
                <w:color w:val="5C6368"/>
                <w:sz w:val="20"/>
              </w:rPr>
              <w:t xml:space="preserve">  Health &amp; Medical Research</w:t>
            </w:r>
          </w:p>
        </w:tc>
      </w:tr>
      <w:tr w:rsidR="000D3CEC" w14:paraId="770375FC" w14:textId="77777777">
        <w:tc>
          <w:tcPr>
            <w:tcW w:w="4536" w:type="dxa"/>
            <w:tcBorders>
              <w:top w:val="nil"/>
              <w:left w:val="nil"/>
              <w:bottom w:val="nil"/>
              <w:right w:val="nil"/>
            </w:tcBorders>
          </w:tcPr>
          <w:p w14:paraId="1B927C51" w14:textId="77777777" w:rsidR="000D3CEC" w:rsidRDefault="00C64150">
            <w:pPr>
              <w:spacing w:after="120"/>
            </w:pPr>
            <w:r>
              <w:rPr>
                <w:color w:val="5C6368"/>
                <w:sz w:val="20"/>
              </w:rPr>
              <w:t>☐</w:t>
            </w:r>
            <w:r>
              <w:rPr>
                <w:color w:val="5C6368"/>
                <w:sz w:val="20"/>
              </w:rPr>
              <w:t xml:space="preserve">  To be determined</w:t>
            </w:r>
          </w:p>
        </w:tc>
        <w:tc>
          <w:tcPr>
            <w:tcW w:w="4536" w:type="dxa"/>
            <w:tcBorders>
              <w:top w:val="nil"/>
              <w:left w:val="nil"/>
              <w:bottom w:val="nil"/>
              <w:right w:val="nil"/>
            </w:tcBorders>
          </w:tcPr>
          <w:p w14:paraId="5DB800CC" w14:textId="77777777" w:rsidR="000D3CEC" w:rsidRDefault="000D3CEC">
            <w:pPr>
              <w:spacing w:after="120"/>
            </w:pPr>
          </w:p>
        </w:tc>
      </w:tr>
    </w:tbl>
    <w:p w14:paraId="5AD2499E" w14:textId="77777777" w:rsidR="000D3CEC" w:rsidRDefault="000D3CEC">
      <w:pPr>
        <w:spacing w:after="40"/>
      </w:pPr>
    </w:p>
    <w:p w14:paraId="505F2304" w14:textId="77777777" w:rsidR="000D3CEC" w:rsidRDefault="00C64150">
      <w:pPr>
        <w:spacing w:before="200" w:after="40"/>
      </w:pPr>
      <w:r>
        <w:rPr>
          <w:b/>
          <w:color w:val="1F2326"/>
          <w:sz w:val="24"/>
        </w:rPr>
        <w:t>Final decision</w:t>
      </w:r>
    </w:p>
    <w:tbl>
      <w:tblPr>
        <w:tblW w:w="0" w:type="auto"/>
        <w:tblLook w:val="04A0" w:firstRow="1" w:lastRow="0" w:firstColumn="1" w:lastColumn="0" w:noHBand="0" w:noVBand="1"/>
      </w:tblPr>
      <w:tblGrid>
        <w:gridCol w:w="2268"/>
        <w:gridCol w:w="2268"/>
        <w:gridCol w:w="2268"/>
        <w:gridCol w:w="2268"/>
      </w:tblGrid>
      <w:tr w:rsidR="000D3CEC" w14:paraId="4882F2ED" w14:textId="77777777">
        <w:tc>
          <w:tcPr>
            <w:tcW w:w="2268" w:type="dxa"/>
            <w:tcBorders>
              <w:top w:val="nil"/>
              <w:left w:val="nil"/>
              <w:bottom w:val="nil"/>
              <w:right w:val="nil"/>
            </w:tcBorders>
          </w:tcPr>
          <w:p w14:paraId="6CCF2A84" w14:textId="77777777" w:rsidR="000D3CEC" w:rsidRDefault="00C64150">
            <w:pPr>
              <w:spacing w:after="120"/>
            </w:pPr>
            <w:r>
              <w:rPr>
                <w:color w:val="5C6368"/>
                <w:sz w:val="20"/>
              </w:rPr>
              <w:t>☐</w:t>
            </w:r>
            <w:r>
              <w:rPr>
                <w:color w:val="5C6368"/>
                <w:sz w:val="20"/>
              </w:rPr>
              <w:t xml:space="preserve">  Approved</w:t>
            </w:r>
          </w:p>
        </w:tc>
        <w:tc>
          <w:tcPr>
            <w:tcW w:w="2268" w:type="dxa"/>
            <w:tcBorders>
              <w:top w:val="nil"/>
              <w:left w:val="nil"/>
              <w:bottom w:val="nil"/>
              <w:right w:val="nil"/>
            </w:tcBorders>
          </w:tcPr>
          <w:p w14:paraId="629EF087" w14:textId="77777777" w:rsidR="000D3CEC" w:rsidRDefault="00C64150">
            <w:pPr>
              <w:spacing w:after="120"/>
            </w:pPr>
            <w:r>
              <w:rPr>
                <w:color w:val="5C6368"/>
                <w:sz w:val="20"/>
              </w:rPr>
              <w:t>☐</w:t>
            </w:r>
            <w:r>
              <w:rPr>
                <w:color w:val="5C6368"/>
                <w:sz w:val="20"/>
              </w:rPr>
              <w:t xml:space="preserve">  Conditionally approved</w:t>
            </w:r>
          </w:p>
        </w:tc>
        <w:tc>
          <w:tcPr>
            <w:tcW w:w="2268" w:type="dxa"/>
            <w:tcBorders>
              <w:top w:val="nil"/>
              <w:left w:val="nil"/>
              <w:bottom w:val="nil"/>
              <w:right w:val="nil"/>
            </w:tcBorders>
          </w:tcPr>
          <w:p w14:paraId="067E5E83" w14:textId="77777777" w:rsidR="000D3CEC" w:rsidRDefault="00C64150">
            <w:pPr>
              <w:spacing w:after="120"/>
            </w:pPr>
            <w:r>
              <w:rPr>
                <w:color w:val="5C6368"/>
                <w:sz w:val="20"/>
              </w:rPr>
              <w:t>☐</w:t>
            </w:r>
            <w:r>
              <w:rPr>
                <w:color w:val="5C6368"/>
                <w:sz w:val="20"/>
              </w:rPr>
              <w:t xml:space="preserve">  Deferred</w:t>
            </w:r>
          </w:p>
        </w:tc>
        <w:tc>
          <w:tcPr>
            <w:tcW w:w="2268" w:type="dxa"/>
            <w:tcBorders>
              <w:top w:val="nil"/>
              <w:left w:val="nil"/>
              <w:bottom w:val="nil"/>
              <w:right w:val="nil"/>
            </w:tcBorders>
          </w:tcPr>
          <w:p w14:paraId="38FC778B" w14:textId="77777777" w:rsidR="000D3CEC" w:rsidRDefault="00C64150">
            <w:pPr>
              <w:spacing w:after="120"/>
            </w:pPr>
            <w:r>
              <w:rPr>
                <w:color w:val="5C6368"/>
                <w:sz w:val="20"/>
              </w:rPr>
              <w:t>☐</w:t>
            </w:r>
            <w:r>
              <w:rPr>
                <w:color w:val="5C6368"/>
                <w:sz w:val="20"/>
              </w:rPr>
              <w:t xml:space="preserve">  Not approved</w:t>
            </w:r>
          </w:p>
        </w:tc>
      </w:tr>
    </w:tbl>
    <w:p w14:paraId="62AE495C" w14:textId="77777777" w:rsidR="000D3CEC" w:rsidRDefault="000D3CEC">
      <w:pPr>
        <w:spacing w:after="40"/>
      </w:pPr>
    </w:p>
    <w:tbl>
      <w:tblPr>
        <w:tblW w:w="0" w:type="auto"/>
        <w:tblLook w:val="04A0" w:firstRow="1" w:lastRow="0" w:firstColumn="1" w:lastColumn="0" w:noHBand="0" w:noVBand="1"/>
      </w:tblPr>
      <w:tblGrid>
        <w:gridCol w:w="4536"/>
        <w:gridCol w:w="4536"/>
      </w:tblGrid>
      <w:tr w:rsidR="000D3CEC" w14:paraId="6A3FC56A" w14:textId="77777777">
        <w:tc>
          <w:tcPr>
            <w:tcW w:w="4536" w:type="dxa"/>
            <w:tcBorders>
              <w:top w:val="nil"/>
              <w:left w:val="nil"/>
              <w:bottom w:val="nil"/>
              <w:right w:val="nil"/>
            </w:tcBorders>
          </w:tcPr>
          <w:p w14:paraId="53413167" w14:textId="77777777" w:rsidR="000D3CEC" w:rsidRDefault="00C64150">
            <w:pPr>
              <w:spacing w:after="40"/>
            </w:pPr>
            <w:r>
              <w:rPr>
                <w:rFonts w:ascii="Consolas" w:eastAsia="Consolas" w:hAnsi="Consolas"/>
                <w:color w:val="8A9196"/>
                <w:sz w:val="17"/>
              </w:rPr>
              <w:t>Academic lead signature</w:t>
            </w:r>
          </w:p>
          <w:p w14:paraId="0711143D"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35421724" w14:textId="77777777" w:rsidR="000D3CEC" w:rsidRDefault="00C64150">
            <w:pPr>
              <w:spacing w:after="40"/>
            </w:pPr>
            <w:r>
              <w:rPr>
                <w:rFonts w:ascii="Consolas" w:eastAsia="Consolas" w:hAnsi="Consolas"/>
                <w:color w:val="8A9196"/>
                <w:sz w:val="17"/>
              </w:rPr>
              <w:t>Date</w:t>
            </w:r>
          </w:p>
          <w:p w14:paraId="437E95A5" w14:textId="77777777" w:rsidR="000D3CEC" w:rsidRDefault="00C64150">
            <w:pPr>
              <w:pBdr>
                <w:bottom w:val="single" w:sz="6" w:space="1" w:color="DADDDD"/>
              </w:pBdr>
            </w:pPr>
            <w:r>
              <w:rPr>
                <w:color w:val="8A9196"/>
                <w:sz w:val="18"/>
              </w:rPr>
              <w:t>Y          M          D</w:t>
            </w:r>
          </w:p>
        </w:tc>
      </w:tr>
      <w:tr w:rsidR="000D3CEC" w14:paraId="73B73776" w14:textId="77777777">
        <w:tc>
          <w:tcPr>
            <w:tcW w:w="4536" w:type="dxa"/>
            <w:tcBorders>
              <w:top w:val="nil"/>
              <w:left w:val="nil"/>
              <w:bottom w:val="nil"/>
              <w:right w:val="nil"/>
            </w:tcBorders>
          </w:tcPr>
          <w:p w14:paraId="2B85519F" w14:textId="77777777" w:rsidR="000D3CEC" w:rsidRDefault="00C64150">
            <w:pPr>
              <w:spacing w:after="40"/>
            </w:pPr>
            <w:r>
              <w:rPr>
                <w:rFonts w:ascii="Consolas" w:eastAsia="Consolas" w:hAnsi="Consolas"/>
                <w:color w:val="8A9196"/>
                <w:sz w:val="17"/>
              </w:rPr>
              <w:t>Institute director signature</w:t>
            </w:r>
          </w:p>
          <w:p w14:paraId="3498F9A2" w14:textId="77777777" w:rsidR="000D3CEC" w:rsidRDefault="00C64150">
            <w:pPr>
              <w:pBdr>
                <w:bottom w:val="single" w:sz="6" w:space="1" w:color="DADDDD"/>
              </w:pBdr>
            </w:pPr>
            <w:r>
              <w:rPr>
                <w:sz w:val="16"/>
              </w:rPr>
              <w:t xml:space="preserve"> </w:t>
            </w:r>
          </w:p>
        </w:tc>
        <w:tc>
          <w:tcPr>
            <w:tcW w:w="4536" w:type="dxa"/>
            <w:tcBorders>
              <w:top w:val="nil"/>
              <w:left w:val="nil"/>
              <w:bottom w:val="nil"/>
              <w:right w:val="nil"/>
            </w:tcBorders>
          </w:tcPr>
          <w:p w14:paraId="6BAD9085" w14:textId="77777777" w:rsidR="000D3CEC" w:rsidRDefault="00C64150">
            <w:pPr>
              <w:spacing w:after="40"/>
            </w:pPr>
            <w:r>
              <w:rPr>
                <w:rFonts w:ascii="Consolas" w:eastAsia="Consolas" w:hAnsi="Consolas"/>
                <w:color w:val="8A9196"/>
                <w:sz w:val="17"/>
              </w:rPr>
              <w:t>Date</w:t>
            </w:r>
          </w:p>
          <w:p w14:paraId="7C8E21E5" w14:textId="77777777" w:rsidR="000D3CEC" w:rsidRDefault="00C64150">
            <w:pPr>
              <w:pBdr>
                <w:bottom w:val="single" w:sz="6" w:space="1" w:color="DADDDD"/>
              </w:pBdr>
            </w:pPr>
            <w:r>
              <w:rPr>
                <w:color w:val="8A9196"/>
                <w:sz w:val="18"/>
              </w:rPr>
              <w:t>Y          M          D</w:t>
            </w:r>
          </w:p>
        </w:tc>
      </w:tr>
    </w:tbl>
    <w:p w14:paraId="56D7B203" w14:textId="77777777" w:rsidR="000D3CEC" w:rsidRDefault="000D3CEC"/>
    <w:tbl>
      <w:tblPr>
        <w:tblW w:w="0" w:type="auto"/>
        <w:tblLook w:val="04A0" w:firstRow="1" w:lastRow="0" w:firstColumn="1" w:lastColumn="0" w:noHBand="0" w:noVBand="1"/>
      </w:tblPr>
      <w:tblGrid>
        <w:gridCol w:w="4536"/>
        <w:gridCol w:w="4536"/>
      </w:tblGrid>
      <w:tr w:rsidR="000D3CEC" w14:paraId="08F8E2B7" w14:textId="77777777">
        <w:tc>
          <w:tcPr>
            <w:tcW w:w="4536" w:type="dxa"/>
            <w:tcBorders>
              <w:top w:val="nil"/>
              <w:left w:val="nil"/>
              <w:bottom w:val="nil"/>
              <w:right w:val="nil"/>
            </w:tcBorders>
          </w:tcPr>
          <w:p w14:paraId="2BD4F894" w14:textId="77777777" w:rsidR="000D3CEC" w:rsidRDefault="00C64150">
            <w:r>
              <w:rPr>
                <w:noProof/>
              </w:rPr>
              <w:drawing>
                <wp:inline distT="0" distB="0" distL="0" distR="0" wp14:anchorId="32F4BD3D" wp14:editId="720C9FA8">
                  <wp:extent cx="936000" cy="17741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ader.png"/>
                          <pic:cNvPicPr/>
                        </pic:nvPicPr>
                        <pic:blipFill>
                          <a:blip r:embed="rId9"/>
                          <a:stretch>
                            <a:fillRect/>
                          </a:stretch>
                        </pic:blipFill>
                        <pic:spPr>
                          <a:xfrm>
                            <a:off x="0" y="0"/>
                            <a:ext cx="936000" cy="177412"/>
                          </a:xfrm>
                          <a:prstGeom prst="rect">
                            <a:avLst/>
                          </a:prstGeom>
                        </pic:spPr>
                      </pic:pic>
                    </a:graphicData>
                  </a:graphic>
                </wp:inline>
              </w:drawing>
            </w:r>
          </w:p>
        </w:tc>
        <w:tc>
          <w:tcPr>
            <w:tcW w:w="4536" w:type="dxa"/>
            <w:tcBorders>
              <w:top w:val="nil"/>
              <w:left w:val="nil"/>
              <w:bottom w:val="nil"/>
              <w:right w:val="nil"/>
            </w:tcBorders>
          </w:tcPr>
          <w:p w14:paraId="2451174A" w14:textId="77777777" w:rsidR="000D3CEC" w:rsidRDefault="00C64150">
            <w:pPr>
              <w:jc w:val="right"/>
            </w:pPr>
            <w:r>
              <w:rPr>
                <w:color w:val="8A9196"/>
                <w:sz w:val="18"/>
              </w:rPr>
              <w:t>A Research and Academic Development Platform of Panorama Scholarly Group</w:t>
            </w:r>
          </w:p>
          <w:p w14:paraId="55F73D56" w14:textId="77777777" w:rsidR="000D3CEC" w:rsidRDefault="00C64150">
            <w:pPr>
              <w:jc w:val="right"/>
            </w:pPr>
            <w:r>
              <w:rPr>
                <w:rFonts w:ascii="Consolas" w:eastAsia="Consolas" w:hAnsi="Consolas"/>
                <w:color w:val="8A9196"/>
                <w:sz w:val="18"/>
              </w:rPr>
              <w:t>Email: research@panorama-sg.com  ·  Website: research.panorama-sg.com</w:t>
            </w:r>
          </w:p>
        </w:tc>
      </w:tr>
    </w:tbl>
    <w:p w14:paraId="4F1E2B1F" w14:textId="77777777" w:rsidR="00C64150" w:rsidRDefault="00C64150"/>
    <w:sectPr w:rsidR="00C64150" w:rsidSect="00034616">
      <w:headerReference w:type="default" r:id="rId10"/>
      <w:footerReference w:type="default" r:id="rId11"/>
      <w:pgSz w:w="11906" w:h="16838"/>
      <w:pgMar w:top="124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5E000F" w14:textId="77777777" w:rsidR="00C64150" w:rsidRDefault="00C64150">
      <w:pPr>
        <w:spacing w:after="0" w:line="240" w:lineRule="auto"/>
      </w:pPr>
      <w:r>
        <w:separator/>
      </w:r>
    </w:p>
  </w:endnote>
  <w:endnote w:type="continuationSeparator" w:id="0">
    <w:p w14:paraId="191AB1EB" w14:textId="77777777" w:rsidR="00C64150" w:rsidRDefault="00C641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51815" w14:textId="77777777" w:rsidR="000D3CEC" w:rsidRDefault="000D3CEC">
    <w:pPr>
      <w:pStyle w:val="a7"/>
    </w:pPr>
  </w:p>
  <w:tbl>
    <w:tblPr>
      <w:tblW w:w="0" w:type="auto"/>
      <w:jc w:val="center"/>
      <w:tblLook w:val="04A0" w:firstRow="1" w:lastRow="0" w:firstColumn="1" w:lastColumn="0" w:noHBand="0" w:noVBand="1"/>
    </w:tblPr>
    <w:tblGrid>
      <w:gridCol w:w="4535"/>
      <w:gridCol w:w="4535"/>
    </w:tblGrid>
    <w:tr w:rsidR="000D3CEC" w14:paraId="5B5EBB3C" w14:textId="77777777">
      <w:trPr>
        <w:jc w:val="center"/>
      </w:trPr>
      <w:tc>
        <w:tcPr>
          <w:tcW w:w="4535" w:type="dxa"/>
        </w:tcPr>
        <w:p w14:paraId="670997D9" w14:textId="77777777" w:rsidR="000D3CEC" w:rsidRDefault="00C64150">
          <w:r>
            <w:rPr>
              <w:rFonts w:ascii="Consolas" w:eastAsia="Consolas" w:hAnsi="Consolas"/>
              <w:color w:val="8A9196"/>
              <w:sz w:val="17"/>
            </w:rPr>
            <w:t>Panorama Research Institute  ·  research.panorama-sg.com  ·  Official Template</w:t>
          </w:r>
        </w:p>
      </w:tc>
      <w:tc>
        <w:tcPr>
          <w:tcW w:w="4535" w:type="dxa"/>
        </w:tcPr>
        <w:p w14:paraId="76133ED7" w14:textId="77777777" w:rsidR="000D3CEC" w:rsidRDefault="00C64150">
          <w:pPr>
            <w:jc w:val="right"/>
          </w:pPr>
          <w:r>
            <w:rPr>
              <w:rFonts w:ascii="Consolas" w:eastAsia="Consolas" w:hAnsi="Consolas"/>
              <w:color w:val="8A9196"/>
              <w:sz w:val="17"/>
            </w:rPr>
            <w:t xml:space="preserve">Instructions · </w:t>
          </w:r>
          <w:r>
            <w:rPr>
              <w:rFonts w:ascii="Consolas" w:eastAsia="Consolas" w:hAnsi="Consolas"/>
              <w:color w:val="8A9196"/>
              <w:sz w:val="18"/>
            </w:rPr>
            <w:fldChar w:fldCharType="begin"/>
          </w:r>
          <w:r>
            <w:rPr>
              <w:rFonts w:ascii="Consolas" w:eastAsia="Consolas" w:hAnsi="Consolas"/>
              <w:color w:val="8A9196"/>
              <w:sz w:val="18"/>
            </w:rPr>
            <w:instrText>PAGE</w:instrText>
          </w:r>
          <w:r w:rsidR="005F6231">
            <w:rPr>
              <w:rFonts w:ascii="Consolas" w:eastAsia="Consolas" w:hAnsi="Consolas"/>
              <w:color w:val="8A9196"/>
              <w:sz w:val="18"/>
            </w:rPr>
            <w:fldChar w:fldCharType="separate"/>
          </w:r>
          <w:r w:rsidR="005F6231">
            <w:rPr>
              <w:rFonts w:ascii="Consolas" w:eastAsia="Consolas" w:hAnsi="Consolas"/>
              <w:noProof/>
              <w:color w:val="8A9196"/>
              <w:sz w:val="18"/>
            </w:rPr>
            <w:t>1</w:t>
          </w:r>
          <w:r>
            <w:rPr>
              <w:rFonts w:ascii="Consolas" w:eastAsia="Consolas" w:hAnsi="Consolas"/>
              <w:color w:val="8A9196"/>
              <w:sz w:val="18"/>
            </w:rP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856B7" w14:textId="77777777" w:rsidR="00C64150" w:rsidRDefault="00C64150">
      <w:pPr>
        <w:spacing w:after="0" w:line="240" w:lineRule="auto"/>
      </w:pPr>
      <w:r>
        <w:separator/>
      </w:r>
    </w:p>
  </w:footnote>
  <w:footnote w:type="continuationSeparator" w:id="0">
    <w:p w14:paraId="2F33275F" w14:textId="77777777" w:rsidR="00C64150" w:rsidRDefault="00C641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0232F" w14:textId="77777777" w:rsidR="000D3CEC" w:rsidRDefault="000D3CEC">
    <w:pPr>
      <w:pStyle w:val="a5"/>
    </w:pPr>
  </w:p>
  <w:tbl>
    <w:tblPr>
      <w:tblW w:w="0" w:type="auto"/>
      <w:jc w:val="center"/>
      <w:tblLook w:val="04A0" w:firstRow="1" w:lastRow="0" w:firstColumn="1" w:lastColumn="0" w:noHBand="0" w:noVBand="1"/>
    </w:tblPr>
    <w:tblGrid>
      <w:gridCol w:w="4535"/>
      <w:gridCol w:w="4535"/>
    </w:tblGrid>
    <w:tr w:rsidR="000D3CEC" w14:paraId="0DCAAB8E" w14:textId="77777777">
      <w:trPr>
        <w:jc w:val="center"/>
      </w:trPr>
      <w:tc>
        <w:tcPr>
          <w:tcW w:w="4535" w:type="dxa"/>
        </w:tcPr>
        <w:p w14:paraId="5F82B5FD" w14:textId="77777777" w:rsidR="000D3CEC" w:rsidRDefault="00C64150">
          <w:r>
            <w:rPr>
              <w:noProof/>
            </w:rPr>
            <w:drawing>
              <wp:inline distT="0" distB="0" distL="0" distR="0" wp14:anchorId="0825A69D" wp14:editId="27759879">
                <wp:extent cx="1224000" cy="232000"/>
                <wp:effectExtent l="0" t="0" r="0" b="0"/>
                <wp:docPr id="3830266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eader.png"/>
                        <pic:cNvPicPr/>
                      </pic:nvPicPr>
                      <pic:blipFill>
                        <a:blip r:embed="rId1"/>
                        <a:stretch>
                          <a:fillRect/>
                        </a:stretch>
                      </pic:blipFill>
                      <pic:spPr>
                        <a:xfrm>
                          <a:off x="0" y="0"/>
                          <a:ext cx="1224000" cy="232000"/>
                        </a:xfrm>
                        <a:prstGeom prst="rect">
                          <a:avLst/>
                        </a:prstGeom>
                      </pic:spPr>
                    </pic:pic>
                  </a:graphicData>
                </a:graphic>
              </wp:inline>
            </w:drawing>
          </w:r>
        </w:p>
      </w:tc>
      <w:tc>
        <w:tcPr>
          <w:tcW w:w="4535" w:type="dxa"/>
        </w:tcPr>
        <w:p w14:paraId="348C84AD" w14:textId="77777777" w:rsidR="000D3CEC" w:rsidRDefault="00C64150">
          <w:pPr>
            <w:jc w:val="right"/>
          </w:pPr>
          <w:r>
            <w:rPr>
              <w:rFonts w:ascii="Consolas" w:eastAsia="Consolas" w:hAnsi="Consolas"/>
              <w:color w:val="8A9196"/>
              <w:sz w:val="18"/>
            </w:rPr>
            <w:t>Official Template</w:t>
          </w:r>
        </w:p>
      </w:tc>
    </w:tr>
  </w:tbl>
  <w:p w14:paraId="33241DBC" w14:textId="77777777" w:rsidR="000D3CEC" w:rsidRDefault="000D3CEC">
    <w:pPr>
      <w:pBdr>
        <w:bottom w:val="single" w:sz="6" w:space="4" w:color="DADDDD"/>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1081803262">
    <w:abstractNumId w:val="8"/>
  </w:num>
  <w:num w:numId="2" w16cid:durableId="83963365">
    <w:abstractNumId w:val="6"/>
  </w:num>
  <w:num w:numId="3" w16cid:durableId="194857146">
    <w:abstractNumId w:val="5"/>
  </w:num>
  <w:num w:numId="4" w16cid:durableId="151025288">
    <w:abstractNumId w:val="4"/>
  </w:num>
  <w:num w:numId="5" w16cid:durableId="218786442">
    <w:abstractNumId w:val="7"/>
  </w:num>
  <w:num w:numId="6" w16cid:durableId="797836993">
    <w:abstractNumId w:val="3"/>
  </w:num>
  <w:num w:numId="7" w16cid:durableId="119809180">
    <w:abstractNumId w:val="2"/>
  </w:num>
  <w:num w:numId="8" w16cid:durableId="662322601">
    <w:abstractNumId w:val="1"/>
  </w:num>
  <w:num w:numId="9" w16cid:durableId="387610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54A9E"/>
    <w:rsid w:val="0006063C"/>
    <w:rsid w:val="000D3CEC"/>
    <w:rsid w:val="0015074B"/>
    <w:rsid w:val="0029639D"/>
    <w:rsid w:val="00326F90"/>
    <w:rsid w:val="005F6231"/>
    <w:rsid w:val="00AA1D8D"/>
    <w:rsid w:val="00B47730"/>
    <w:rsid w:val="00C6415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EE8A83E"/>
  <w14:defaultImageDpi w14:val="300"/>
  <w15:docId w15:val="{E2A057FB-93D1-4434-8DC0-C067B94D5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Calibri" w:eastAsia="Calibri" w:hAnsi="Calibri"/>
      <w:sz w:val="21"/>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1689</Words>
  <Characters>9646</Characters>
  <Application>Microsoft Office Word</Application>
  <DocSecurity>0</DocSecurity>
  <Lines>602</Lines>
  <Paragraphs>390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10945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Chengwen Song</cp:lastModifiedBy>
  <cp:revision>2</cp:revision>
  <cp:lastPrinted>2026-08-23T16:32:00Z</cp:lastPrinted>
  <dcterms:created xsi:type="dcterms:W3CDTF">2013-12-23T23:15:00Z</dcterms:created>
  <dcterms:modified xsi:type="dcterms:W3CDTF">2026-08-23T16:32:00Z</dcterms:modified>
  <cp:category/>
</cp:coreProperties>
</file>